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F1784" w14:textId="77777777" w:rsidR="00940B1E" w:rsidRPr="00FF063D" w:rsidRDefault="008850CF">
      <w:pPr>
        <w:spacing w:after="40"/>
        <w:jc w:val="center"/>
        <w:rPr>
          <w:lang w:val="pl-PL"/>
        </w:rPr>
      </w:pPr>
      <w:r w:rsidRPr="00FF063D">
        <w:rPr>
          <w:b/>
          <w:sz w:val="26"/>
          <w:lang w:val="pl-PL"/>
        </w:rPr>
        <w:t>REGULAMIN WIZYTY STUDYJNEJ</w:t>
      </w:r>
    </w:p>
    <w:p w14:paraId="2005F933" w14:textId="77777777" w:rsidR="00940B1E" w:rsidRPr="00FF063D" w:rsidRDefault="008850CF">
      <w:pPr>
        <w:spacing w:after="200"/>
        <w:jc w:val="center"/>
        <w:rPr>
          <w:lang w:val="pl-PL"/>
        </w:rPr>
      </w:pPr>
      <w:r w:rsidRPr="00FF063D">
        <w:rPr>
          <w:b/>
          <w:sz w:val="22"/>
          <w:lang w:val="pl-PL"/>
        </w:rPr>
        <w:t>Bydgoszcz, 26–28 października 2026 r.</w:t>
      </w:r>
    </w:p>
    <w:p w14:paraId="2035CFA1" w14:textId="65BBDB2F" w:rsidR="00940B1E" w:rsidRPr="00FF063D" w:rsidRDefault="00DC27E0">
      <w:pPr>
        <w:spacing w:before="120" w:after="80"/>
        <w:rPr>
          <w:lang w:val="pl-PL"/>
        </w:rPr>
      </w:pPr>
      <w:r>
        <w:rPr>
          <w:b/>
          <w:sz w:val="21"/>
          <w:lang w:val="pl-PL"/>
        </w:rPr>
        <w:t>I</w:t>
      </w:r>
      <w:r w:rsidR="008850CF" w:rsidRPr="00FF063D">
        <w:rPr>
          <w:b/>
          <w:sz w:val="21"/>
          <w:lang w:val="pl-PL"/>
        </w:rPr>
        <w:t>. Organizator i cel wizyty</w:t>
      </w:r>
    </w:p>
    <w:p w14:paraId="4B6B0C82" w14:textId="77777777" w:rsidR="00940B1E" w:rsidRDefault="008850CF">
      <w:pPr>
        <w:ind w:left="255" w:hanging="255"/>
      </w:pPr>
      <w:r w:rsidRPr="00FF063D">
        <w:rPr>
          <w:lang w:val="pl-PL"/>
        </w:rPr>
        <w:t xml:space="preserve">1. Organizatorem wizyty studyjnej jest Miejska Strefa Kultury w Łodzi, ul. </w:t>
      </w:r>
      <w:proofErr w:type="spellStart"/>
      <w:r>
        <w:t>Krzemieniecka</w:t>
      </w:r>
      <w:proofErr w:type="spellEnd"/>
      <w:r>
        <w:t xml:space="preserve"> 2a, 94-030 </w:t>
      </w:r>
      <w:proofErr w:type="spellStart"/>
      <w:r>
        <w:t>Łódź</w:t>
      </w:r>
      <w:proofErr w:type="spellEnd"/>
      <w:r>
        <w:t>.</w:t>
      </w:r>
    </w:p>
    <w:p w14:paraId="64CBB9D5" w14:textId="77777777" w:rsidR="00940B1E" w:rsidRPr="00FF063D" w:rsidRDefault="008850CF">
      <w:pPr>
        <w:ind w:left="255" w:hanging="255"/>
        <w:rPr>
          <w:lang w:val="pl-PL"/>
        </w:rPr>
      </w:pPr>
      <w:r w:rsidRPr="00FF063D">
        <w:rPr>
          <w:lang w:val="pl-PL"/>
        </w:rPr>
        <w:t>2. Wizyta służy wymianie doświadczeń, poznaniu dobrych praktyk, nawiązaniu kontaktów zawodowych oraz inspirowaniu współpracy w łódzkim środowisku kultury.</w:t>
      </w:r>
    </w:p>
    <w:p w14:paraId="76A4FBB7" w14:textId="7B75F5D2" w:rsidR="00940B1E" w:rsidRPr="00FF063D" w:rsidRDefault="008850CF">
      <w:pPr>
        <w:ind w:left="255" w:hanging="255"/>
        <w:rPr>
          <w:lang w:val="pl-PL"/>
        </w:rPr>
      </w:pPr>
      <w:r w:rsidRPr="00FF063D">
        <w:rPr>
          <w:lang w:val="pl-PL"/>
        </w:rPr>
        <w:t xml:space="preserve">3. Kontakt w sprawie wizyty: e-mail: </w:t>
      </w:r>
      <w:r w:rsidR="00CA37BE" w:rsidRPr="00FF063D">
        <w:rPr>
          <w:lang w:val="pl-PL"/>
        </w:rPr>
        <w:t>r.kociuba@msk.lodz.pl</w:t>
      </w:r>
    </w:p>
    <w:p w14:paraId="3259856E" w14:textId="77777777" w:rsidR="00940B1E" w:rsidRPr="00FF063D" w:rsidRDefault="008850CF">
      <w:pPr>
        <w:ind w:left="255" w:hanging="255"/>
        <w:rPr>
          <w:lang w:val="pl-PL"/>
        </w:rPr>
      </w:pPr>
      <w:r w:rsidRPr="00FF063D">
        <w:rPr>
          <w:lang w:val="pl-PL"/>
        </w:rPr>
        <w:t>4. Zadanie jest współfinansowane ze środków Miasta Łodzi.</w:t>
      </w:r>
    </w:p>
    <w:p w14:paraId="2F60A0CF" w14:textId="39C5AC46" w:rsidR="00940B1E" w:rsidRPr="00FF063D" w:rsidRDefault="00DC27E0">
      <w:pPr>
        <w:spacing w:before="120" w:after="80"/>
        <w:rPr>
          <w:lang w:val="pl-PL"/>
        </w:rPr>
      </w:pPr>
      <w:r>
        <w:rPr>
          <w:b/>
          <w:sz w:val="21"/>
          <w:lang w:val="pl-PL"/>
        </w:rPr>
        <w:t>II</w:t>
      </w:r>
      <w:r w:rsidR="008850CF" w:rsidRPr="00FF063D">
        <w:rPr>
          <w:b/>
          <w:sz w:val="21"/>
          <w:lang w:val="pl-PL"/>
        </w:rPr>
        <w:t>. Termin i program</w:t>
      </w:r>
    </w:p>
    <w:p w14:paraId="2905E27E" w14:textId="77777777" w:rsidR="00940B1E" w:rsidRPr="00FF063D" w:rsidRDefault="008850CF">
      <w:pPr>
        <w:ind w:left="255" w:hanging="255"/>
        <w:rPr>
          <w:lang w:val="pl-PL"/>
        </w:rPr>
      </w:pPr>
      <w:r w:rsidRPr="00FF063D">
        <w:rPr>
          <w:lang w:val="pl-PL"/>
        </w:rPr>
        <w:t>1. Wizyta odbędzie się w Bydgoszczy w dniach 26–28 października 2026 r.</w:t>
      </w:r>
    </w:p>
    <w:p w14:paraId="61CEC593" w14:textId="77777777" w:rsidR="00940B1E" w:rsidRPr="00FF063D" w:rsidRDefault="008850CF">
      <w:pPr>
        <w:ind w:left="255" w:hanging="255"/>
        <w:rPr>
          <w:lang w:val="pl-PL"/>
        </w:rPr>
      </w:pPr>
      <w:r w:rsidRPr="00FF063D">
        <w:rPr>
          <w:lang w:val="pl-PL"/>
        </w:rPr>
        <w:t>2. W programie planowane są spotkania, prezentacje, wizyty w instytucjach oraz – w miarę możliwości – udział w wydarzeniach kulturalnych.</w:t>
      </w:r>
    </w:p>
    <w:p w14:paraId="547E9562" w14:textId="77777777" w:rsidR="00940B1E" w:rsidRDefault="008850CF">
      <w:pPr>
        <w:ind w:left="255" w:hanging="255"/>
      </w:pPr>
      <w:r>
        <w:t xml:space="preserve">3. </w:t>
      </w:r>
      <w:proofErr w:type="spellStart"/>
      <w:r>
        <w:t>Planowane</w:t>
      </w:r>
      <w:proofErr w:type="spellEnd"/>
      <w:r>
        <w:t xml:space="preserve"> </w:t>
      </w:r>
      <w:proofErr w:type="spellStart"/>
      <w:r>
        <w:t>miejsca</w:t>
      </w:r>
      <w:proofErr w:type="spellEnd"/>
      <w:r>
        <w:t xml:space="preserve"> </w:t>
      </w:r>
      <w:proofErr w:type="spellStart"/>
      <w:r>
        <w:t>wizyty</w:t>
      </w:r>
      <w:proofErr w:type="spellEnd"/>
      <w:r>
        <w:t>:</w:t>
      </w:r>
    </w:p>
    <w:p w14:paraId="1735A98B" w14:textId="77777777" w:rsidR="00940B1E" w:rsidRPr="00FF063D" w:rsidRDefault="008850CF">
      <w:pPr>
        <w:spacing w:after="40"/>
        <w:ind w:left="397" w:hanging="198"/>
        <w:rPr>
          <w:lang w:val="pl-PL"/>
        </w:rPr>
      </w:pPr>
      <w:r w:rsidRPr="00FF063D">
        <w:rPr>
          <w:lang w:val="pl-PL"/>
        </w:rPr>
        <w:t>• Miejskie Centrum Kultury w Bydgoszczy,</w:t>
      </w:r>
    </w:p>
    <w:p w14:paraId="00B60447" w14:textId="77777777" w:rsidR="00940B1E" w:rsidRPr="00FF063D" w:rsidRDefault="008850CF">
      <w:pPr>
        <w:spacing w:after="40"/>
        <w:ind w:left="397" w:hanging="198"/>
        <w:rPr>
          <w:lang w:val="pl-PL"/>
        </w:rPr>
      </w:pPr>
      <w:r w:rsidRPr="00FF063D">
        <w:rPr>
          <w:lang w:val="pl-PL"/>
        </w:rPr>
        <w:t>• Młyny Rothera,</w:t>
      </w:r>
    </w:p>
    <w:p w14:paraId="61CED5E8" w14:textId="77777777" w:rsidR="00940B1E" w:rsidRPr="00FF063D" w:rsidRDefault="008850CF">
      <w:pPr>
        <w:spacing w:after="40"/>
        <w:ind w:left="397" w:hanging="198"/>
        <w:rPr>
          <w:lang w:val="pl-PL"/>
        </w:rPr>
      </w:pPr>
      <w:r w:rsidRPr="00FF063D">
        <w:rPr>
          <w:lang w:val="pl-PL"/>
        </w:rPr>
        <w:t>• Galeria BWA,</w:t>
      </w:r>
    </w:p>
    <w:p w14:paraId="56F11560" w14:textId="77777777" w:rsidR="00940B1E" w:rsidRPr="00FF063D" w:rsidRDefault="008850CF">
      <w:pPr>
        <w:spacing w:after="40"/>
        <w:ind w:left="397" w:hanging="198"/>
        <w:rPr>
          <w:lang w:val="pl-PL"/>
        </w:rPr>
      </w:pPr>
      <w:r w:rsidRPr="00FF063D">
        <w:rPr>
          <w:lang w:val="pl-PL"/>
        </w:rPr>
        <w:t>• Teatr Polski w Bydgoszczy.</w:t>
      </w:r>
    </w:p>
    <w:p w14:paraId="79CDDEFC" w14:textId="77777777" w:rsidR="00940B1E" w:rsidRPr="00FF063D" w:rsidRDefault="008850CF">
      <w:pPr>
        <w:ind w:left="255" w:hanging="255"/>
        <w:rPr>
          <w:lang w:val="pl-PL"/>
        </w:rPr>
      </w:pPr>
      <w:r w:rsidRPr="00FF063D">
        <w:rPr>
          <w:lang w:val="pl-PL"/>
        </w:rPr>
        <w:t>4. Program i lista instytucji mogą ulec zmianie z przyczyn organizacyjnych niezależnych od Organizatora.</w:t>
      </w:r>
    </w:p>
    <w:p w14:paraId="69F064F4" w14:textId="77777777" w:rsidR="00940B1E" w:rsidRPr="00FF063D" w:rsidRDefault="008850CF">
      <w:pPr>
        <w:ind w:left="255" w:hanging="255"/>
        <w:rPr>
          <w:lang w:val="pl-PL"/>
        </w:rPr>
      </w:pPr>
      <w:r w:rsidRPr="00FF063D">
        <w:rPr>
          <w:lang w:val="pl-PL"/>
        </w:rPr>
        <w:t>5. Szczegółowy harmonogram zostanie przesłany uczestnikom najpóźniej 3 dni robocze przed wyjazdem.</w:t>
      </w:r>
    </w:p>
    <w:p w14:paraId="465DC4C6" w14:textId="6DF9145A" w:rsidR="00940B1E" w:rsidRPr="00FF063D" w:rsidRDefault="00DC27E0">
      <w:pPr>
        <w:spacing w:before="120" w:after="80"/>
        <w:rPr>
          <w:lang w:val="pl-PL"/>
        </w:rPr>
      </w:pPr>
      <w:r>
        <w:rPr>
          <w:b/>
          <w:sz w:val="21"/>
          <w:lang w:val="pl-PL"/>
        </w:rPr>
        <w:t>III</w:t>
      </w:r>
      <w:r w:rsidR="008850CF" w:rsidRPr="00FF063D">
        <w:rPr>
          <w:b/>
          <w:sz w:val="21"/>
          <w:lang w:val="pl-PL"/>
        </w:rPr>
        <w:t>. Uczestnicy</w:t>
      </w:r>
    </w:p>
    <w:p w14:paraId="1652BB7F" w14:textId="57BA72EC" w:rsidR="00940B1E" w:rsidRPr="00FF063D" w:rsidRDefault="008850CF">
      <w:pPr>
        <w:ind w:left="255" w:hanging="255"/>
        <w:rPr>
          <w:lang w:val="pl-PL"/>
        </w:rPr>
      </w:pPr>
      <w:r w:rsidRPr="00FF063D">
        <w:rPr>
          <w:lang w:val="pl-PL"/>
        </w:rPr>
        <w:t xml:space="preserve">1. W wizycie może wziąć udział maksymalnie </w:t>
      </w:r>
      <w:r w:rsidR="00CA37BE" w:rsidRPr="00FF063D">
        <w:rPr>
          <w:lang w:val="pl-PL"/>
        </w:rPr>
        <w:t>25</w:t>
      </w:r>
      <w:r w:rsidRPr="00FF063D">
        <w:rPr>
          <w:lang w:val="pl-PL"/>
        </w:rPr>
        <w:t xml:space="preserve">, w tym </w:t>
      </w:r>
      <w:r w:rsidR="00CA37BE" w:rsidRPr="00FF063D">
        <w:rPr>
          <w:lang w:val="pl-PL"/>
        </w:rPr>
        <w:t>10</w:t>
      </w:r>
      <w:r w:rsidRPr="00FF063D">
        <w:rPr>
          <w:lang w:val="pl-PL"/>
        </w:rPr>
        <w:t xml:space="preserve"> osób wyłonionych w otwartym naborze.</w:t>
      </w:r>
    </w:p>
    <w:p w14:paraId="7EEFA943" w14:textId="77777777" w:rsidR="00940B1E" w:rsidRPr="00FF063D" w:rsidRDefault="008850CF">
      <w:pPr>
        <w:ind w:left="255" w:hanging="255"/>
        <w:rPr>
          <w:lang w:val="pl-PL"/>
        </w:rPr>
      </w:pPr>
      <w:r w:rsidRPr="00FF063D">
        <w:rPr>
          <w:lang w:val="pl-PL"/>
        </w:rPr>
        <w:t>2. Do udziału mogą zgłaszać się pełnoletnie osoby związane z łódzkim środowiskiem kultury, w szczególności animatorzy, edukatorzy, instruktorzy, pracownicy instytucji kultury oraz osoby współpracujące z organizacjami pozarządowymi działającymi w obszarze kultury.</w:t>
      </w:r>
    </w:p>
    <w:p w14:paraId="4B3D5D09" w14:textId="07C8F476" w:rsidR="00940B1E" w:rsidRPr="00FF063D" w:rsidRDefault="00DC27E0">
      <w:pPr>
        <w:spacing w:before="120" w:after="80"/>
        <w:rPr>
          <w:lang w:val="pl-PL"/>
        </w:rPr>
      </w:pPr>
      <w:r>
        <w:rPr>
          <w:b/>
          <w:sz w:val="21"/>
          <w:lang w:val="pl-PL"/>
        </w:rPr>
        <w:t>IV</w:t>
      </w:r>
      <w:r w:rsidR="008850CF" w:rsidRPr="00FF063D">
        <w:rPr>
          <w:b/>
          <w:sz w:val="21"/>
          <w:lang w:val="pl-PL"/>
        </w:rPr>
        <w:t>. Co zapewnia Organizator</w:t>
      </w:r>
    </w:p>
    <w:p w14:paraId="0C26F91D" w14:textId="77777777" w:rsidR="00940B1E" w:rsidRPr="00FF063D" w:rsidRDefault="008850CF">
      <w:pPr>
        <w:ind w:left="255" w:hanging="255"/>
        <w:rPr>
          <w:lang w:val="pl-PL"/>
        </w:rPr>
      </w:pPr>
      <w:r w:rsidRPr="00FF063D">
        <w:rPr>
          <w:lang w:val="pl-PL"/>
        </w:rPr>
        <w:t>1. Organizator zapewnia:</w:t>
      </w:r>
    </w:p>
    <w:p w14:paraId="4E2F9504" w14:textId="77777777" w:rsidR="00940B1E" w:rsidRPr="00FF063D" w:rsidRDefault="008850CF">
      <w:pPr>
        <w:spacing w:after="40"/>
        <w:ind w:left="397" w:hanging="198"/>
        <w:rPr>
          <w:lang w:val="pl-PL"/>
        </w:rPr>
      </w:pPr>
      <w:r w:rsidRPr="00FF063D">
        <w:rPr>
          <w:lang w:val="pl-PL"/>
        </w:rPr>
        <w:t>• 2 noclegi ze śniadaniami w hotelu o standardzie minimum 3-gwiazdkowym, co do zasady w pokojach 2-osobowych,</w:t>
      </w:r>
    </w:p>
    <w:p w14:paraId="12749F3C" w14:textId="77777777" w:rsidR="00940B1E" w:rsidRPr="00FF063D" w:rsidRDefault="008850CF">
      <w:pPr>
        <w:spacing w:after="40"/>
        <w:ind w:left="397" w:hanging="198"/>
        <w:rPr>
          <w:lang w:val="pl-PL"/>
        </w:rPr>
      </w:pPr>
      <w:r w:rsidRPr="00FF063D">
        <w:rPr>
          <w:lang w:val="pl-PL"/>
        </w:rPr>
        <w:t>• obiady i/lub kolacje zgodnie z programem,</w:t>
      </w:r>
    </w:p>
    <w:p w14:paraId="3BC29A87" w14:textId="33AF0B01" w:rsidR="00CA37BE" w:rsidRPr="00FF063D" w:rsidRDefault="008850CF" w:rsidP="00CA37BE">
      <w:pPr>
        <w:spacing w:after="40"/>
        <w:ind w:left="397" w:hanging="198"/>
        <w:rPr>
          <w:lang w:val="pl-PL"/>
        </w:rPr>
      </w:pPr>
      <w:r w:rsidRPr="00FF063D">
        <w:rPr>
          <w:lang w:val="pl-PL"/>
        </w:rPr>
        <w:t>• organizację programu merytorycznego, w tym bilety, wejściówki i opłaty związane z udziałem w zaplanowanych wydarzeniach.</w:t>
      </w:r>
    </w:p>
    <w:p w14:paraId="63F5BECC" w14:textId="77777777" w:rsidR="00940B1E" w:rsidRPr="00FF063D" w:rsidRDefault="008850CF">
      <w:pPr>
        <w:ind w:left="255" w:hanging="255"/>
        <w:rPr>
          <w:lang w:val="pl-PL"/>
        </w:rPr>
      </w:pPr>
      <w:r w:rsidRPr="00FF063D">
        <w:rPr>
          <w:lang w:val="pl-PL"/>
        </w:rPr>
        <w:t>2. W przypadku uczestnika ze szczególnymi potrzebami sposób zapewnienia dostępności będzie ustalany indywidualnie.</w:t>
      </w:r>
    </w:p>
    <w:p w14:paraId="65A576AB" w14:textId="77777777" w:rsidR="00940B1E" w:rsidRPr="00FF063D" w:rsidRDefault="008850CF">
      <w:pPr>
        <w:ind w:left="255" w:hanging="255"/>
        <w:rPr>
          <w:lang w:val="pl-PL"/>
        </w:rPr>
      </w:pPr>
      <w:r w:rsidRPr="00FF063D">
        <w:rPr>
          <w:lang w:val="pl-PL"/>
        </w:rPr>
        <w:t>3. Organizator nie pokrywa kosztów dojazdu do Bydgoszczy i powrotu ani kosztów komunikacji miejskiej na miejscu, chyba że uczestnicy zostaną poinformowani inaczej.</w:t>
      </w:r>
    </w:p>
    <w:p w14:paraId="17C660CE" w14:textId="7A95C6EA" w:rsidR="00940B1E" w:rsidRPr="00FF063D" w:rsidRDefault="00DC27E0">
      <w:pPr>
        <w:spacing w:before="120" w:after="80"/>
        <w:rPr>
          <w:lang w:val="pl-PL"/>
        </w:rPr>
      </w:pPr>
      <w:r>
        <w:rPr>
          <w:b/>
          <w:sz w:val="21"/>
          <w:lang w:val="pl-PL"/>
        </w:rPr>
        <w:t>V</w:t>
      </w:r>
      <w:r w:rsidR="008850CF" w:rsidRPr="00FF063D">
        <w:rPr>
          <w:b/>
          <w:sz w:val="21"/>
          <w:lang w:val="pl-PL"/>
        </w:rPr>
        <w:t>. Obowiązki uczestnika</w:t>
      </w:r>
    </w:p>
    <w:p w14:paraId="307C7AC8" w14:textId="77777777" w:rsidR="00940B1E" w:rsidRPr="00FF063D" w:rsidRDefault="008850CF">
      <w:pPr>
        <w:ind w:left="255" w:hanging="255"/>
        <w:rPr>
          <w:lang w:val="pl-PL"/>
        </w:rPr>
      </w:pPr>
      <w:r w:rsidRPr="00FF063D">
        <w:rPr>
          <w:lang w:val="pl-PL"/>
        </w:rPr>
        <w:t>1. Uczestnik zobowiązuje się do udziału w całym programie wizyty, współpracy z koordynatorem oraz przestrzegania harmonogramu i regulaminów odwiedzanych miejsc.</w:t>
      </w:r>
    </w:p>
    <w:p w14:paraId="327F0A1F" w14:textId="77777777" w:rsidR="00940B1E" w:rsidRPr="00FF063D" w:rsidRDefault="008850CF">
      <w:pPr>
        <w:ind w:left="255" w:hanging="255"/>
        <w:rPr>
          <w:lang w:val="pl-PL"/>
        </w:rPr>
      </w:pPr>
      <w:r w:rsidRPr="00FF063D">
        <w:rPr>
          <w:lang w:val="pl-PL"/>
        </w:rPr>
        <w:t>2. Uczestnik powinien niezwłocznie poinformować Organizatora o rezygnacji lub sytuacji uniemożliwiającej udział.</w:t>
      </w:r>
    </w:p>
    <w:p w14:paraId="4EB41B55" w14:textId="77777777" w:rsidR="00940B1E" w:rsidRPr="00FF063D" w:rsidRDefault="008850CF">
      <w:pPr>
        <w:ind w:left="255" w:hanging="255"/>
        <w:rPr>
          <w:lang w:val="pl-PL"/>
        </w:rPr>
      </w:pPr>
      <w:r w:rsidRPr="00FF063D">
        <w:rPr>
          <w:lang w:val="pl-PL"/>
        </w:rPr>
        <w:t>3. W przypadku nieuzasadnionej rezygnacji lub nieuczestniczenia w programie uczestnik może zostać zobowiązany do zwrotu kosztów, których Organizator nie może odzyskać, w szczególności kosztów noclegu, wyżywienia i biletów.</w:t>
      </w:r>
    </w:p>
    <w:p w14:paraId="6E895E13" w14:textId="77777777" w:rsidR="00940B1E" w:rsidRPr="00FF063D" w:rsidRDefault="008850CF">
      <w:pPr>
        <w:ind w:left="255" w:hanging="255"/>
        <w:rPr>
          <w:lang w:val="pl-PL"/>
        </w:rPr>
      </w:pPr>
      <w:r w:rsidRPr="00FF063D">
        <w:rPr>
          <w:lang w:val="pl-PL"/>
        </w:rPr>
        <w:t>4. Zwrot kosztów nie będzie wymagany w przypadku siły wyższej lub innych szczególnych, udokumentowanych okoliczności zaakceptowanych przez Organizatora.</w:t>
      </w:r>
    </w:p>
    <w:p w14:paraId="26EAE2B5" w14:textId="77777777" w:rsidR="00940B1E" w:rsidRPr="00FF063D" w:rsidRDefault="008850CF">
      <w:pPr>
        <w:ind w:left="255" w:hanging="255"/>
        <w:rPr>
          <w:lang w:val="pl-PL"/>
        </w:rPr>
      </w:pPr>
      <w:r w:rsidRPr="00FF063D">
        <w:rPr>
          <w:lang w:val="pl-PL"/>
        </w:rPr>
        <w:t>5. Po zakończeniu wizyty uczestnik zobowiązany jest wypełnić ankietę ewaluacyjną.</w:t>
      </w:r>
    </w:p>
    <w:p w14:paraId="1C08117F" w14:textId="2BD955FF" w:rsidR="00940B1E" w:rsidRPr="00FF063D" w:rsidRDefault="00DC27E0">
      <w:pPr>
        <w:spacing w:before="120" w:after="80"/>
        <w:rPr>
          <w:lang w:val="pl-PL"/>
        </w:rPr>
      </w:pPr>
      <w:r>
        <w:rPr>
          <w:b/>
          <w:sz w:val="21"/>
          <w:lang w:val="pl-PL"/>
        </w:rPr>
        <w:t>VI</w:t>
      </w:r>
      <w:r w:rsidR="008850CF" w:rsidRPr="00FF063D">
        <w:rPr>
          <w:b/>
          <w:sz w:val="21"/>
          <w:lang w:val="pl-PL"/>
        </w:rPr>
        <w:t>. Rekrutacja</w:t>
      </w:r>
    </w:p>
    <w:p w14:paraId="7C940382" w14:textId="41403291" w:rsidR="00940B1E" w:rsidRDefault="008850CF">
      <w:pPr>
        <w:ind w:left="255" w:hanging="255"/>
      </w:pPr>
      <w:r w:rsidRPr="00FF063D">
        <w:rPr>
          <w:lang w:val="pl-PL"/>
        </w:rPr>
        <w:t xml:space="preserve">1. Nabór prowadzony będzie w terminie: </w:t>
      </w:r>
      <w:r w:rsidR="00CA37BE" w:rsidRPr="00FF063D">
        <w:rPr>
          <w:lang w:val="pl-PL"/>
        </w:rPr>
        <w:t>1</w:t>
      </w:r>
      <w:r w:rsidR="00DC27E0">
        <w:rPr>
          <w:lang w:val="pl-PL"/>
        </w:rPr>
        <w:t>5</w:t>
      </w:r>
      <w:r w:rsidR="00CA37BE" w:rsidRPr="00FF063D">
        <w:rPr>
          <w:lang w:val="pl-PL"/>
        </w:rPr>
        <w:t>.09.2026</w:t>
      </w:r>
      <w:r w:rsidRPr="00FF063D">
        <w:rPr>
          <w:lang w:val="pl-PL"/>
        </w:rPr>
        <w:t xml:space="preserve"> – </w:t>
      </w:r>
      <w:r w:rsidR="00DC27E0">
        <w:rPr>
          <w:lang w:val="pl-PL"/>
        </w:rPr>
        <w:t>30</w:t>
      </w:r>
      <w:r w:rsidR="00CA37BE" w:rsidRPr="00FF063D">
        <w:rPr>
          <w:lang w:val="pl-PL"/>
        </w:rPr>
        <w:t>.09.</w:t>
      </w:r>
      <w:r w:rsidRPr="00FF063D">
        <w:rPr>
          <w:lang w:val="pl-PL"/>
        </w:rPr>
        <w:t xml:space="preserve"> </w:t>
      </w:r>
      <w:r>
        <w:t>2026 r.</w:t>
      </w:r>
    </w:p>
    <w:p w14:paraId="55579247" w14:textId="5F24EA19" w:rsidR="00940B1E" w:rsidRPr="00FF063D" w:rsidRDefault="008850CF">
      <w:pPr>
        <w:ind w:left="255" w:hanging="255"/>
        <w:rPr>
          <w:lang w:val="pl-PL"/>
        </w:rPr>
      </w:pPr>
      <w:r w:rsidRPr="00FF063D">
        <w:rPr>
          <w:lang w:val="pl-PL"/>
        </w:rPr>
        <w:lastRenderedPageBreak/>
        <w:t xml:space="preserve">2. Zgłoszenie należy przesłać na adres: </w:t>
      </w:r>
      <w:r w:rsidR="00CA37BE" w:rsidRPr="00FF063D">
        <w:rPr>
          <w:lang w:val="pl-PL"/>
        </w:rPr>
        <w:t>r.kociuba@msk.lodz.pl</w:t>
      </w:r>
    </w:p>
    <w:p w14:paraId="1B9397F8" w14:textId="77777777" w:rsidR="00940B1E" w:rsidRPr="00FF063D" w:rsidRDefault="008850CF">
      <w:pPr>
        <w:ind w:left="255" w:hanging="255"/>
        <w:rPr>
          <w:lang w:val="pl-PL"/>
        </w:rPr>
      </w:pPr>
      <w:r w:rsidRPr="00FF063D">
        <w:rPr>
          <w:lang w:val="pl-PL"/>
        </w:rPr>
        <w:t>3. Zgłoszenie powinno zawierać:</w:t>
      </w:r>
    </w:p>
    <w:p w14:paraId="0839C756" w14:textId="77777777" w:rsidR="00940B1E" w:rsidRPr="00FF063D" w:rsidRDefault="008850CF">
      <w:pPr>
        <w:spacing w:after="40"/>
        <w:ind w:left="397" w:hanging="198"/>
        <w:rPr>
          <w:lang w:val="pl-PL"/>
        </w:rPr>
      </w:pPr>
      <w:r w:rsidRPr="00FF063D">
        <w:rPr>
          <w:lang w:val="pl-PL"/>
        </w:rPr>
        <w:t>• wypełniony i podpisany formularz zgłoszeniowy (Załącznik nr 1),</w:t>
      </w:r>
    </w:p>
    <w:p w14:paraId="2BA0D13C" w14:textId="77777777" w:rsidR="00940B1E" w:rsidRPr="00FF063D" w:rsidRDefault="008850CF">
      <w:pPr>
        <w:spacing w:after="40"/>
        <w:ind w:left="397" w:hanging="198"/>
        <w:rPr>
          <w:lang w:val="pl-PL"/>
        </w:rPr>
      </w:pPr>
      <w:r w:rsidRPr="00FF063D">
        <w:rPr>
          <w:lang w:val="pl-PL"/>
        </w:rPr>
        <w:t>• klauzulę informacyjną (Załącznik nr 2),</w:t>
      </w:r>
    </w:p>
    <w:p w14:paraId="198F9E66" w14:textId="77777777" w:rsidR="00940B1E" w:rsidRPr="00FF063D" w:rsidRDefault="008850CF">
      <w:pPr>
        <w:ind w:left="255" w:hanging="255"/>
        <w:rPr>
          <w:lang w:val="pl-PL"/>
        </w:rPr>
      </w:pPr>
      <w:r w:rsidRPr="00FF063D">
        <w:rPr>
          <w:lang w:val="pl-PL"/>
        </w:rPr>
        <w:t>4. Rozpatrywane będą wyłącznie zgłoszenia kompletne i przesłane w terminie.</w:t>
      </w:r>
    </w:p>
    <w:p w14:paraId="35BC7796" w14:textId="77777777" w:rsidR="00940B1E" w:rsidRPr="00FF063D" w:rsidRDefault="008850CF">
      <w:pPr>
        <w:ind w:left="255" w:hanging="255"/>
        <w:rPr>
          <w:lang w:val="pl-PL"/>
        </w:rPr>
      </w:pPr>
      <w:r w:rsidRPr="00FF063D">
        <w:rPr>
          <w:lang w:val="pl-PL"/>
        </w:rPr>
        <w:t>5. Przy kwalifikacji Organizator bierze pod uwagę kolejno: spełnienie wymogów formalnych, dotychczasowy udział w wizytach studyjnych MSK, kolejność zgłoszeń oraz – w przypadku większej liczby chętnych – uzasadnienie potrzeby udziału.</w:t>
      </w:r>
    </w:p>
    <w:p w14:paraId="1A4488BD" w14:textId="77777777" w:rsidR="00940B1E" w:rsidRPr="00FF063D" w:rsidRDefault="008850CF">
      <w:pPr>
        <w:ind w:left="255" w:hanging="255"/>
        <w:rPr>
          <w:lang w:val="pl-PL"/>
        </w:rPr>
      </w:pPr>
      <w:r w:rsidRPr="00FF063D">
        <w:rPr>
          <w:lang w:val="pl-PL"/>
        </w:rPr>
        <w:t>6. Osoby zakwalifikowane zostaną poinformowane e-mailem. Organizator może utworzyć listę rezerwową.</w:t>
      </w:r>
    </w:p>
    <w:p w14:paraId="523E8CEE" w14:textId="38CCB111" w:rsidR="00940B1E" w:rsidRPr="00FF063D" w:rsidRDefault="00DC27E0">
      <w:pPr>
        <w:spacing w:before="120" w:after="80"/>
        <w:rPr>
          <w:lang w:val="pl-PL"/>
        </w:rPr>
      </w:pPr>
      <w:r>
        <w:rPr>
          <w:b/>
          <w:sz w:val="21"/>
          <w:lang w:val="pl-PL"/>
        </w:rPr>
        <w:t>VII</w:t>
      </w:r>
      <w:r w:rsidR="008850CF" w:rsidRPr="00FF063D">
        <w:rPr>
          <w:b/>
          <w:sz w:val="21"/>
          <w:lang w:val="pl-PL"/>
        </w:rPr>
        <w:t>. Dane osobowe, sytuacje nadzwyczajne i postanowienia końcowe</w:t>
      </w:r>
    </w:p>
    <w:p w14:paraId="44B1713C" w14:textId="4DA62C47" w:rsidR="00940B1E" w:rsidRPr="00FF063D" w:rsidRDefault="008850CF">
      <w:pPr>
        <w:ind w:left="255" w:hanging="255"/>
        <w:rPr>
          <w:lang w:val="pl-PL"/>
        </w:rPr>
      </w:pPr>
      <w:r w:rsidRPr="00FF063D">
        <w:rPr>
          <w:lang w:val="pl-PL"/>
        </w:rPr>
        <w:t xml:space="preserve">1. Administratorem danych osobowych uczestników jest Miejska Strefa Kultury w Łodzi. Dane będą przetwarzane w celu przeprowadzenia rekrutacji oraz organizacji wizyty. Szczegółowe informacje zawiera </w:t>
      </w:r>
      <w:r w:rsidR="00FF063D">
        <w:rPr>
          <w:lang w:val="pl-PL"/>
        </w:rPr>
        <w:t xml:space="preserve">klauzula informacyjna - </w:t>
      </w:r>
      <w:r w:rsidRPr="00FF063D">
        <w:rPr>
          <w:lang w:val="pl-PL"/>
        </w:rPr>
        <w:t>Załącznik nr 2</w:t>
      </w:r>
      <w:r w:rsidR="00FF063D">
        <w:rPr>
          <w:lang w:val="pl-PL"/>
        </w:rPr>
        <w:t xml:space="preserve"> </w:t>
      </w:r>
    </w:p>
    <w:p w14:paraId="6651DE6A" w14:textId="77777777" w:rsidR="00940B1E" w:rsidRPr="00FF063D" w:rsidRDefault="008850CF">
      <w:pPr>
        <w:ind w:left="255" w:hanging="255"/>
        <w:rPr>
          <w:lang w:val="pl-PL"/>
        </w:rPr>
      </w:pPr>
      <w:r w:rsidRPr="00FF063D">
        <w:rPr>
          <w:lang w:val="pl-PL"/>
        </w:rPr>
        <w:t>2. Organizator nie ponosi odpowiedzialności za niewykonanie lub zmianę programu z powodu siły wyższej lub innych zdarzeń niezależnych od niego.</w:t>
      </w:r>
    </w:p>
    <w:p w14:paraId="6DCE7D9E" w14:textId="77777777" w:rsidR="00940B1E" w:rsidRPr="00FF063D" w:rsidRDefault="008850CF">
      <w:pPr>
        <w:ind w:left="255" w:hanging="255"/>
        <w:rPr>
          <w:lang w:val="pl-PL"/>
        </w:rPr>
      </w:pPr>
      <w:r w:rsidRPr="00FF063D">
        <w:rPr>
          <w:lang w:val="pl-PL"/>
        </w:rPr>
        <w:t>3. Uczestnicy mogą ubezpieczyć się dodatkowo we własnym zakresie; Organizator nie pokrywa kosztu takiego ubezpieczenia.</w:t>
      </w:r>
    </w:p>
    <w:p w14:paraId="25B612EE" w14:textId="77777777" w:rsidR="00940B1E" w:rsidRPr="00FF063D" w:rsidRDefault="008850CF">
      <w:pPr>
        <w:ind w:left="255" w:hanging="255"/>
        <w:rPr>
          <w:lang w:val="pl-PL"/>
        </w:rPr>
      </w:pPr>
      <w:r w:rsidRPr="00FF063D">
        <w:rPr>
          <w:lang w:val="pl-PL"/>
        </w:rPr>
        <w:t>4. Organizator może wprowadzić uzasadnione zmiany do Regulaminu lub programu i poinformuje o nich uczestników.</w:t>
      </w:r>
    </w:p>
    <w:p w14:paraId="55010A1A" w14:textId="77777777" w:rsidR="00940B1E" w:rsidRPr="00FF063D" w:rsidRDefault="008850CF">
      <w:pPr>
        <w:ind w:left="255" w:hanging="255"/>
        <w:rPr>
          <w:lang w:val="pl-PL"/>
        </w:rPr>
      </w:pPr>
      <w:r w:rsidRPr="00FF063D">
        <w:rPr>
          <w:lang w:val="pl-PL"/>
        </w:rPr>
        <w:t>5. W sprawach nieuregulowanych zastosowanie mają odpowiednie przepisy prawa.</w:t>
      </w:r>
    </w:p>
    <w:p w14:paraId="23ED78E4" w14:textId="77777777" w:rsidR="00940B1E" w:rsidRPr="00FF063D" w:rsidRDefault="008850CF">
      <w:pPr>
        <w:ind w:left="255" w:hanging="255"/>
        <w:rPr>
          <w:lang w:val="pl-PL"/>
        </w:rPr>
      </w:pPr>
      <w:r w:rsidRPr="00FF063D">
        <w:rPr>
          <w:lang w:val="pl-PL"/>
        </w:rPr>
        <w:t>6. Regulamin wchodzi w życie z dniem ogłoszenia.</w:t>
      </w:r>
    </w:p>
    <w:p w14:paraId="10E9CBA7" w14:textId="04A1BC80" w:rsidR="00940B1E" w:rsidRDefault="00940B1E">
      <w:pPr>
        <w:spacing w:after="0"/>
        <w:rPr>
          <w:lang w:val="pl-PL"/>
        </w:rPr>
      </w:pPr>
    </w:p>
    <w:p w14:paraId="459B645C" w14:textId="77777777" w:rsidR="00DC27E0" w:rsidRDefault="00DC27E0">
      <w:pPr>
        <w:spacing w:after="0"/>
        <w:rPr>
          <w:lang w:val="pl-PL"/>
        </w:rPr>
      </w:pPr>
    </w:p>
    <w:p w14:paraId="63A358D2" w14:textId="77777777" w:rsidR="00DC27E0" w:rsidRDefault="00DC27E0">
      <w:pPr>
        <w:spacing w:after="0"/>
        <w:rPr>
          <w:lang w:val="pl-PL"/>
        </w:rPr>
      </w:pPr>
    </w:p>
    <w:p w14:paraId="0C640513" w14:textId="77777777" w:rsidR="00DC27E0" w:rsidRDefault="00DC27E0">
      <w:pPr>
        <w:spacing w:after="0"/>
        <w:rPr>
          <w:lang w:val="pl-PL"/>
        </w:rPr>
      </w:pPr>
    </w:p>
    <w:p w14:paraId="0B496958" w14:textId="77777777" w:rsidR="00DC27E0" w:rsidRDefault="00DC27E0">
      <w:pPr>
        <w:spacing w:after="0"/>
        <w:rPr>
          <w:lang w:val="pl-PL"/>
        </w:rPr>
      </w:pPr>
    </w:p>
    <w:p w14:paraId="343FADFB" w14:textId="77777777" w:rsidR="00DC27E0" w:rsidRDefault="00DC27E0">
      <w:pPr>
        <w:spacing w:after="0"/>
        <w:rPr>
          <w:lang w:val="pl-PL"/>
        </w:rPr>
      </w:pPr>
    </w:p>
    <w:p w14:paraId="12D3A9BD" w14:textId="77777777" w:rsidR="00DC27E0" w:rsidRDefault="00DC27E0">
      <w:pPr>
        <w:spacing w:after="0"/>
        <w:rPr>
          <w:lang w:val="pl-PL"/>
        </w:rPr>
      </w:pPr>
    </w:p>
    <w:p w14:paraId="33956698" w14:textId="77777777" w:rsidR="00DC27E0" w:rsidRDefault="00DC27E0">
      <w:pPr>
        <w:spacing w:after="0"/>
        <w:rPr>
          <w:lang w:val="pl-PL"/>
        </w:rPr>
      </w:pPr>
    </w:p>
    <w:p w14:paraId="25AFF913" w14:textId="77777777" w:rsidR="00DC27E0" w:rsidRDefault="00DC27E0">
      <w:pPr>
        <w:spacing w:after="0"/>
        <w:rPr>
          <w:lang w:val="pl-PL"/>
        </w:rPr>
      </w:pPr>
    </w:p>
    <w:p w14:paraId="09C79E0C" w14:textId="77777777" w:rsidR="00DC27E0" w:rsidRDefault="00DC27E0">
      <w:pPr>
        <w:spacing w:after="0"/>
        <w:rPr>
          <w:lang w:val="pl-PL"/>
        </w:rPr>
      </w:pPr>
    </w:p>
    <w:p w14:paraId="089772CB" w14:textId="77777777" w:rsidR="00DC27E0" w:rsidRDefault="00DC27E0">
      <w:pPr>
        <w:spacing w:after="0"/>
        <w:rPr>
          <w:lang w:val="pl-PL"/>
        </w:rPr>
      </w:pPr>
    </w:p>
    <w:p w14:paraId="7CC25D7F" w14:textId="77777777" w:rsidR="00DC27E0" w:rsidRDefault="00DC27E0">
      <w:pPr>
        <w:spacing w:after="0"/>
        <w:rPr>
          <w:lang w:val="pl-PL"/>
        </w:rPr>
      </w:pPr>
    </w:p>
    <w:p w14:paraId="0BD7D7E0" w14:textId="77777777" w:rsidR="00DC27E0" w:rsidRDefault="00DC27E0">
      <w:pPr>
        <w:spacing w:after="0"/>
        <w:rPr>
          <w:lang w:val="pl-PL"/>
        </w:rPr>
      </w:pPr>
    </w:p>
    <w:p w14:paraId="68A01BDB" w14:textId="77777777" w:rsidR="00DC27E0" w:rsidRDefault="00DC27E0">
      <w:pPr>
        <w:spacing w:after="0"/>
        <w:rPr>
          <w:lang w:val="pl-PL"/>
        </w:rPr>
      </w:pPr>
    </w:p>
    <w:p w14:paraId="44850104" w14:textId="77777777" w:rsidR="00DC27E0" w:rsidRDefault="00DC27E0">
      <w:pPr>
        <w:spacing w:after="0"/>
        <w:rPr>
          <w:lang w:val="pl-PL"/>
        </w:rPr>
      </w:pPr>
    </w:p>
    <w:p w14:paraId="29603421" w14:textId="77777777" w:rsidR="00DC27E0" w:rsidRDefault="00DC27E0">
      <w:pPr>
        <w:spacing w:after="0"/>
        <w:rPr>
          <w:lang w:val="pl-PL"/>
        </w:rPr>
      </w:pPr>
    </w:p>
    <w:p w14:paraId="616D83CF" w14:textId="77777777" w:rsidR="00DC27E0" w:rsidRDefault="00DC27E0">
      <w:pPr>
        <w:spacing w:after="0"/>
        <w:rPr>
          <w:lang w:val="pl-PL"/>
        </w:rPr>
      </w:pPr>
    </w:p>
    <w:p w14:paraId="16BF01C9" w14:textId="77777777" w:rsidR="00DC27E0" w:rsidRDefault="00DC27E0">
      <w:pPr>
        <w:spacing w:after="0"/>
        <w:rPr>
          <w:lang w:val="pl-PL"/>
        </w:rPr>
      </w:pPr>
    </w:p>
    <w:p w14:paraId="7491A12B" w14:textId="77777777" w:rsidR="00DC27E0" w:rsidRDefault="00DC27E0">
      <w:pPr>
        <w:spacing w:after="0"/>
        <w:rPr>
          <w:lang w:val="pl-PL"/>
        </w:rPr>
      </w:pPr>
    </w:p>
    <w:p w14:paraId="794E9367" w14:textId="77777777" w:rsidR="00DC27E0" w:rsidRDefault="00DC27E0">
      <w:pPr>
        <w:spacing w:after="0"/>
        <w:rPr>
          <w:lang w:val="pl-PL"/>
        </w:rPr>
      </w:pPr>
    </w:p>
    <w:p w14:paraId="18992134" w14:textId="77777777" w:rsidR="00DC27E0" w:rsidRDefault="00DC27E0">
      <w:pPr>
        <w:spacing w:after="0"/>
        <w:rPr>
          <w:lang w:val="pl-PL"/>
        </w:rPr>
      </w:pPr>
    </w:p>
    <w:p w14:paraId="7890BA0D" w14:textId="77777777" w:rsidR="00DC27E0" w:rsidRDefault="00DC27E0">
      <w:pPr>
        <w:spacing w:after="0"/>
        <w:rPr>
          <w:lang w:val="pl-PL"/>
        </w:rPr>
      </w:pPr>
    </w:p>
    <w:p w14:paraId="6E9E3F5D" w14:textId="77777777" w:rsidR="00DC27E0" w:rsidRDefault="00DC27E0">
      <w:pPr>
        <w:spacing w:after="0"/>
        <w:rPr>
          <w:lang w:val="pl-PL"/>
        </w:rPr>
      </w:pPr>
    </w:p>
    <w:p w14:paraId="22CDAA85" w14:textId="77777777" w:rsidR="00DC27E0" w:rsidRDefault="00DC27E0">
      <w:pPr>
        <w:spacing w:after="0"/>
        <w:rPr>
          <w:lang w:val="pl-PL"/>
        </w:rPr>
      </w:pPr>
    </w:p>
    <w:p w14:paraId="4FC83ED2" w14:textId="77777777" w:rsidR="00DC27E0" w:rsidRDefault="00DC27E0">
      <w:pPr>
        <w:spacing w:after="0"/>
        <w:rPr>
          <w:lang w:val="pl-PL"/>
        </w:rPr>
      </w:pPr>
    </w:p>
    <w:p w14:paraId="4A9E186D" w14:textId="77777777" w:rsidR="00DC27E0" w:rsidRDefault="00DC27E0">
      <w:pPr>
        <w:spacing w:after="0"/>
        <w:rPr>
          <w:lang w:val="pl-PL"/>
        </w:rPr>
      </w:pPr>
    </w:p>
    <w:p w14:paraId="01481151" w14:textId="77777777" w:rsidR="00DC27E0" w:rsidRDefault="00DC27E0">
      <w:pPr>
        <w:spacing w:after="0"/>
        <w:rPr>
          <w:lang w:val="pl-PL"/>
        </w:rPr>
      </w:pPr>
    </w:p>
    <w:p w14:paraId="0A0CD039" w14:textId="77777777" w:rsidR="00DC27E0" w:rsidRDefault="00DC27E0">
      <w:pPr>
        <w:spacing w:after="0"/>
        <w:rPr>
          <w:lang w:val="pl-PL"/>
        </w:rPr>
      </w:pPr>
    </w:p>
    <w:p w14:paraId="20E9C668" w14:textId="77777777" w:rsidR="00DC27E0" w:rsidRDefault="00DC27E0">
      <w:pPr>
        <w:spacing w:after="0"/>
        <w:rPr>
          <w:lang w:val="pl-PL"/>
        </w:rPr>
      </w:pPr>
    </w:p>
    <w:p w14:paraId="51BF5BB2" w14:textId="77777777" w:rsidR="00DC27E0" w:rsidRDefault="00DC27E0">
      <w:pPr>
        <w:spacing w:after="0"/>
        <w:rPr>
          <w:lang w:val="pl-PL"/>
        </w:rPr>
      </w:pPr>
    </w:p>
    <w:p w14:paraId="342BA0BD" w14:textId="77777777" w:rsidR="00DC27E0" w:rsidRDefault="00DC27E0">
      <w:pPr>
        <w:spacing w:after="0"/>
        <w:rPr>
          <w:lang w:val="pl-PL"/>
        </w:rPr>
      </w:pPr>
    </w:p>
    <w:p w14:paraId="1F9EEBF4" w14:textId="77777777" w:rsidR="00DC27E0" w:rsidRDefault="00DC27E0">
      <w:pPr>
        <w:spacing w:after="0"/>
        <w:rPr>
          <w:lang w:val="pl-PL"/>
        </w:rPr>
      </w:pPr>
    </w:p>
    <w:p w14:paraId="48DE815D" w14:textId="77777777" w:rsidR="00DC27E0" w:rsidRDefault="00DC27E0">
      <w:pPr>
        <w:spacing w:after="0"/>
        <w:rPr>
          <w:lang w:val="pl-PL"/>
        </w:rPr>
      </w:pPr>
    </w:p>
    <w:p w14:paraId="27AEE4EC" w14:textId="77777777" w:rsidR="00DC27E0" w:rsidRDefault="00DC27E0">
      <w:pPr>
        <w:spacing w:after="0"/>
        <w:rPr>
          <w:lang w:val="pl-PL"/>
        </w:rPr>
      </w:pPr>
    </w:p>
    <w:p w14:paraId="02038B4B" w14:textId="77777777" w:rsidR="00DC27E0" w:rsidRDefault="00DC27E0">
      <w:pPr>
        <w:spacing w:after="0"/>
        <w:rPr>
          <w:lang w:val="pl-PL"/>
        </w:rPr>
      </w:pPr>
    </w:p>
    <w:p w14:paraId="4FFA70BA" w14:textId="77777777" w:rsidR="00DC27E0" w:rsidRPr="00A44437" w:rsidRDefault="00DC27E0" w:rsidP="00DC27E0">
      <w:pPr>
        <w:spacing w:before="240" w:after="240" w:line="360" w:lineRule="auto"/>
        <w:rPr>
          <w:rFonts w:ascii="Calibri" w:hAnsi="Calibri" w:cs="Calibri"/>
          <w:b/>
          <w:i/>
          <w:iCs/>
          <w:color w:val="000000"/>
        </w:rPr>
      </w:pPr>
      <w:proofErr w:type="spellStart"/>
      <w:r w:rsidRPr="00A44437">
        <w:rPr>
          <w:rFonts w:ascii="Calibri" w:hAnsi="Calibri" w:cs="Calibri"/>
          <w:b/>
          <w:i/>
          <w:iCs/>
          <w:color w:val="000000"/>
        </w:rPr>
        <w:lastRenderedPageBreak/>
        <w:t>Załącznik</w:t>
      </w:r>
      <w:proofErr w:type="spellEnd"/>
      <w:r w:rsidRPr="00A44437">
        <w:rPr>
          <w:rFonts w:ascii="Calibri" w:hAnsi="Calibri" w:cs="Calibri"/>
          <w:b/>
          <w:i/>
          <w:iCs/>
          <w:color w:val="000000"/>
        </w:rPr>
        <w:t xml:space="preserve"> nr 1 do </w:t>
      </w:r>
      <w:proofErr w:type="spellStart"/>
      <w:r w:rsidRPr="00A44437">
        <w:rPr>
          <w:rFonts w:ascii="Calibri" w:hAnsi="Calibri" w:cs="Calibri"/>
          <w:b/>
          <w:i/>
          <w:iCs/>
          <w:color w:val="000000"/>
        </w:rPr>
        <w:t>Regulaminu</w:t>
      </w:r>
      <w:proofErr w:type="spellEnd"/>
      <w:r w:rsidRPr="00A44437">
        <w:rPr>
          <w:rFonts w:ascii="Calibri" w:hAnsi="Calibri" w:cs="Calibri"/>
          <w:b/>
          <w:i/>
          <w:iCs/>
          <w:color w:val="000000"/>
        </w:rPr>
        <w:t xml:space="preserve"> </w:t>
      </w:r>
      <w:proofErr w:type="spellStart"/>
      <w:r w:rsidRPr="00A44437">
        <w:rPr>
          <w:rFonts w:ascii="Calibri" w:hAnsi="Calibri" w:cs="Calibri"/>
          <w:b/>
          <w:i/>
          <w:iCs/>
          <w:color w:val="000000"/>
        </w:rPr>
        <w:t>wizyt</w:t>
      </w:r>
      <w:proofErr w:type="spellEnd"/>
      <w:r w:rsidRPr="00A44437">
        <w:rPr>
          <w:rFonts w:ascii="Calibri" w:hAnsi="Calibri" w:cs="Calibri"/>
          <w:b/>
          <w:i/>
          <w:iCs/>
          <w:color w:val="000000"/>
        </w:rPr>
        <w:t xml:space="preserve"> </w:t>
      </w:r>
      <w:proofErr w:type="spellStart"/>
      <w:r w:rsidRPr="00A44437">
        <w:rPr>
          <w:rFonts w:ascii="Calibri" w:hAnsi="Calibri" w:cs="Calibri"/>
          <w:b/>
          <w:i/>
          <w:iCs/>
          <w:color w:val="000000"/>
        </w:rPr>
        <w:t>studyjnych</w:t>
      </w:r>
      <w:proofErr w:type="spellEnd"/>
      <w:r w:rsidRPr="00A44437">
        <w:rPr>
          <w:rFonts w:ascii="Calibri" w:hAnsi="Calibri" w:cs="Calibri"/>
          <w:b/>
          <w:i/>
          <w:iCs/>
          <w:color w:val="000000"/>
        </w:rPr>
        <w:t xml:space="preserve"> </w:t>
      </w:r>
      <w:proofErr w:type="spellStart"/>
      <w:r w:rsidRPr="00A44437">
        <w:rPr>
          <w:rFonts w:ascii="Calibri" w:hAnsi="Calibri" w:cs="Calibri"/>
          <w:b/>
          <w:i/>
          <w:iCs/>
          <w:color w:val="000000"/>
        </w:rPr>
        <w:t>łódzkiego</w:t>
      </w:r>
      <w:proofErr w:type="spellEnd"/>
      <w:r w:rsidRPr="00A44437">
        <w:rPr>
          <w:rFonts w:ascii="Calibri" w:hAnsi="Calibri" w:cs="Calibri"/>
          <w:b/>
          <w:i/>
          <w:iCs/>
          <w:color w:val="000000"/>
        </w:rPr>
        <w:t xml:space="preserve"> </w:t>
      </w:r>
      <w:proofErr w:type="spellStart"/>
      <w:r w:rsidRPr="00A44437">
        <w:rPr>
          <w:rFonts w:ascii="Calibri" w:hAnsi="Calibri" w:cs="Calibri"/>
          <w:b/>
          <w:i/>
          <w:iCs/>
          <w:color w:val="000000"/>
        </w:rPr>
        <w:t>środowiska</w:t>
      </w:r>
      <w:proofErr w:type="spellEnd"/>
      <w:r w:rsidRPr="00A44437">
        <w:rPr>
          <w:rFonts w:ascii="Calibri" w:hAnsi="Calibri" w:cs="Calibri"/>
          <w:b/>
          <w:i/>
          <w:iCs/>
          <w:color w:val="000000"/>
        </w:rPr>
        <w:t xml:space="preserve"> </w:t>
      </w:r>
      <w:proofErr w:type="spellStart"/>
      <w:r w:rsidRPr="00A44437">
        <w:rPr>
          <w:rFonts w:ascii="Calibri" w:hAnsi="Calibri" w:cs="Calibri"/>
          <w:b/>
          <w:i/>
          <w:iCs/>
          <w:color w:val="000000"/>
        </w:rPr>
        <w:t>kultury</w:t>
      </w:r>
      <w:proofErr w:type="spellEnd"/>
      <w:r w:rsidRPr="00A44437">
        <w:rPr>
          <w:rFonts w:ascii="Calibri" w:hAnsi="Calibri" w:cs="Calibri"/>
          <w:b/>
          <w:i/>
          <w:iCs/>
          <w:color w:val="000000"/>
        </w:rPr>
        <w:t xml:space="preserve"> 202</w:t>
      </w:r>
      <w:r>
        <w:rPr>
          <w:rFonts w:ascii="Calibri" w:hAnsi="Calibri" w:cs="Calibri"/>
          <w:b/>
          <w:i/>
          <w:iCs/>
          <w:color w:val="000000"/>
        </w:rPr>
        <w:t>6</w:t>
      </w:r>
    </w:p>
    <w:p w14:paraId="55C37147" w14:textId="77777777" w:rsidR="00DC27E0" w:rsidRPr="00A44437" w:rsidRDefault="00DC27E0" w:rsidP="00DC27E0">
      <w:pPr>
        <w:spacing w:before="240" w:after="240" w:line="360" w:lineRule="auto"/>
        <w:rPr>
          <w:rFonts w:ascii="Calibri" w:hAnsi="Calibri" w:cs="Calibri"/>
          <w:b/>
          <w:i/>
          <w:iCs/>
          <w:color w:val="000000"/>
        </w:rPr>
      </w:pPr>
      <w:proofErr w:type="spellStart"/>
      <w:r w:rsidRPr="00A44437">
        <w:rPr>
          <w:rFonts w:ascii="Calibri" w:hAnsi="Calibri" w:cs="Calibri"/>
          <w:b/>
          <w:i/>
          <w:iCs/>
          <w:color w:val="000000"/>
        </w:rPr>
        <w:t>realizowanych</w:t>
      </w:r>
      <w:proofErr w:type="spellEnd"/>
      <w:r w:rsidRPr="00A44437">
        <w:rPr>
          <w:rFonts w:ascii="Calibri" w:hAnsi="Calibri" w:cs="Calibri"/>
          <w:b/>
          <w:i/>
          <w:iCs/>
          <w:color w:val="000000"/>
        </w:rPr>
        <w:t xml:space="preserve"> </w:t>
      </w:r>
      <w:proofErr w:type="spellStart"/>
      <w:r w:rsidRPr="00A44437">
        <w:rPr>
          <w:rFonts w:ascii="Calibri" w:hAnsi="Calibri" w:cs="Calibri"/>
          <w:b/>
          <w:i/>
          <w:iCs/>
          <w:color w:val="000000"/>
        </w:rPr>
        <w:t>przez</w:t>
      </w:r>
      <w:proofErr w:type="spellEnd"/>
      <w:r w:rsidRPr="00A44437">
        <w:rPr>
          <w:rFonts w:ascii="Calibri" w:hAnsi="Calibri" w:cs="Calibri"/>
          <w:b/>
          <w:i/>
          <w:iCs/>
          <w:color w:val="000000"/>
        </w:rPr>
        <w:t xml:space="preserve"> </w:t>
      </w:r>
      <w:proofErr w:type="spellStart"/>
      <w:r w:rsidRPr="00A44437">
        <w:rPr>
          <w:rFonts w:ascii="Calibri" w:hAnsi="Calibri" w:cs="Calibri"/>
          <w:b/>
          <w:i/>
          <w:iCs/>
          <w:color w:val="000000"/>
        </w:rPr>
        <w:t>Miejską</w:t>
      </w:r>
      <w:proofErr w:type="spellEnd"/>
      <w:r w:rsidRPr="00A44437">
        <w:rPr>
          <w:rFonts w:ascii="Calibri" w:hAnsi="Calibri" w:cs="Calibri"/>
          <w:b/>
          <w:i/>
          <w:iCs/>
          <w:color w:val="000000"/>
        </w:rPr>
        <w:t xml:space="preserve"> </w:t>
      </w:r>
      <w:proofErr w:type="spellStart"/>
      <w:r w:rsidRPr="00A44437">
        <w:rPr>
          <w:rFonts w:ascii="Calibri" w:hAnsi="Calibri" w:cs="Calibri"/>
          <w:b/>
          <w:i/>
          <w:iCs/>
          <w:color w:val="000000"/>
        </w:rPr>
        <w:t>Strefę</w:t>
      </w:r>
      <w:proofErr w:type="spellEnd"/>
      <w:r w:rsidRPr="00A44437">
        <w:rPr>
          <w:rFonts w:ascii="Calibri" w:hAnsi="Calibri" w:cs="Calibri"/>
          <w:b/>
          <w:i/>
          <w:iCs/>
          <w:color w:val="000000"/>
        </w:rPr>
        <w:t xml:space="preserve"> </w:t>
      </w:r>
      <w:proofErr w:type="spellStart"/>
      <w:r w:rsidRPr="00A44437">
        <w:rPr>
          <w:rFonts w:ascii="Calibri" w:hAnsi="Calibri" w:cs="Calibri"/>
          <w:b/>
          <w:i/>
          <w:iCs/>
          <w:color w:val="000000"/>
        </w:rPr>
        <w:t>Kultury</w:t>
      </w:r>
      <w:proofErr w:type="spellEnd"/>
      <w:r w:rsidRPr="00A44437">
        <w:rPr>
          <w:rFonts w:ascii="Calibri" w:hAnsi="Calibri" w:cs="Calibri"/>
          <w:b/>
          <w:i/>
          <w:iCs/>
          <w:color w:val="000000"/>
        </w:rPr>
        <w:t xml:space="preserve"> w </w:t>
      </w:r>
      <w:proofErr w:type="spellStart"/>
      <w:r w:rsidRPr="00A44437">
        <w:rPr>
          <w:rFonts w:ascii="Calibri" w:hAnsi="Calibri" w:cs="Calibri"/>
          <w:b/>
          <w:i/>
          <w:iCs/>
          <w:color w:val="000000"/>
        </w:rPr>
        <w:t>Łodzi</w:t>
      </w:r>
      <w:proofErr w:type="spellEnd"/>
    </w:p>
    <w:p w14:paraId="45DD853D" w14:textId="77777777" w:rsidR="00DC27E0" w:rsidRPr="00A44437" w:rsidRDefault="00DC27E0" w:rsidP="00DC27E0">
      <w:pPr>
        <w:spacing w:before="240" w:after="240" w:line="360" w:lineRule="auto"/>
        <w:rPr>
          <w:rFonts w:ascii="Calibri" w:hAnsi="Calibri" w:cs="Calibri"/>
          <w:b/>
          <w:i/>
          <w:iCs/>
          <w:color w:val="000000"/>
        </w:rPr>
      </w:pPr>
    </w:p>
    <w:p w14:paraId="5E4D43D5" w14:textId="77777777" w:rsidR="00DC27E0" w:rsidRPr="00A44437" w:rsidRDefault="00DC27E0" w:rsidP="00DC27E0">
      <w:pPr>
        <w:spacing w:before="240" w:after="240" w:line="360" w:lineRule="auto"/>
        <w:jc w:val="center"/>
        <w:rPr>
          <w:rFonts w:ascii="Calibri" w:hAnsi="Calibri" w:cs="Calibri"/>
          <w:b/>
          <w:color w:val="000000"/>
          <w:sz w:val="28"/>
          <w:szCs w:val="28"/>
        </w:rPr>
      </w:pPr>
      <w:r w:rsidRPr="00A44437">
        <w:rPr>
          <w:rFonts w:ascii="Calibri" w:hAnsi="Calibri" w:cs="Calibri"/>
          <w:b/>
          <w:color w:val="000000"/>
          <w:sz w:val="28"/>
          <w:szCs w:val="28"/>
        </w:rPr>
        <w:t>FORMULARZ ZGŁOSZENIOWY DO UDZIAŁU W WIZYCIE STUDYJNEJ</w:t>
      </w:r>
    </w:p>
    <w:p w14:paraId="553037F1" w14:textId="77777777" w:rsidR="00DC27E0" w:rsidRPr="00A44437" w:rsidRDefault="00DC27E0" w:rsidP="00DC27E0">
      <w:pPr>
        <w:pStyle w:val="Akapitzlist"/>
        <w:spacing w:line="360" w:lineRule="auto"/>
        <w:jc w:val="center"/>
        <w:rPr>
          <w:rFonts w:eastAsia="Times New Roman" w:cs="Calibri"/>
          <w:b/>
          <w:color w:val="000000"/>
          <w:sz w:val="24"/>
          <w:szCs w:val="24"/>
          <w:lang w:eastAsia="pl-PL"/>
        </w:rPr>
      </w:pPr>
      <w:r w:rsidRPr="00653EF1">
        <w:rPr>
          <w:b/>
          <w:bCs/>
          <w:color w:val="000000"/>
          <w:sz w:val="28"/>
          <w:szCs w:val="28"/>
        </w:rPr>
        <w:t xml:space="preserve">Bydgoszcz 26-28 </w:t>
      </w:r>
      <w:proofErr w:type="spellStart"/>
      <w:r w:rsidRPr="00653EF1">
        <w:rPr>
          <w:b/>
          <w:bCs/>
          <w:color w:val="000000"/>
          <w:sz w:val="28"/>
          <w:szCs w:val="28"/>
        </w:rPr>
        <w:t>października</w:t>
      </w:r>
      <w:proofErr w:type="spellEnd"/>
      <w:r w:rsidRPr="00653EF1">
        <w:rPr>
          <w:b/>
          <w:bCs/>
          <w:color w:val="000000"/>
          <w:sz w:val="28"/>
          <w:szCs w:val="28"/>
        </w:rPr>
        <w:t xml:space="preserve"> 2026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6"/>
        <w:gridCol w:w="6599"/>
      </w:tblGrid>
      <w:tr w:rsidR="00DC27E0" w:rsidRPr="00A44437" w14:paraId="3C9D73B8" w14:textId="77777777" w:rsidTr="00C35E95">
        <w:trPr>
          <w:trHeight w:val="1252"/>
        </w:trPr>
        <w:tc>
          <w:tcPr>
            <w:tcW w:w="3369" w:type="dxa"/>
          </w:tcPr>
          <w:p w14:paraId="35DEF22A" w14:textId="77777777" w:rsidR="00DC27E0" w:rsidRPr="00A44437" w:rsidRDefault="00DC27E0" w:rsidP="00C35E95">
            <w:pPr>
              <w:spacing w:before="240" w:after="240" w:line="276" w:lineRule="auto"/>
              <w:rPr>
                <w:rFonts w:ascii="Calibri" w:hAnsi="Calibri" w:cs="Calibri"/>
                <w:color w:val="000000"/>
                <w:szCs w:val="20"/>
              </w:rPr>
            </w:pPr>
            <w:proofErr w:type="spellStart"/>
            <w:r w:rsidRPr="00A44437">
              <w:rPr>
                <w:rFonts w:ascii="Calibri" w:hAnsi="Calibri" w:cs="Calibri"/>
                <w:color w:val="000000"/>
                <w:szCs w:val="20"/>
              </w:rPr>
              <w:t>Imię</w:t>
            </w:r>
            <w:proofErr w:type="spellEnd"/>
            <w:r w:rsidRPr="00A44437">
              <w:rPr>
                <w:rFonts w:ascii="Calibri" w:hAnsi="Calibri" w:cs="Calibri"/>
                <w:color w:val="000000"/>
                <w:szCs w:val="20"/>
              </w:rPr>
              <w:t xml:space="preserve"> </w:t>
            </w:r>
            <w:proofErr w:type="spellStart"/>
            <w:r w:rsidRPr="00A44437">
              <w:rPr>
                <w:rFonts w:ascii="Calibri" w:hAnsi="Calibri" w:cs="Calibri"/>
                <w:color w:val="000000"/>
                <w:szCs w:val="20"/>
              </w:rPr>
              <w:t>i</w:t>
            </w:r>
            <w:proofErr w:type="spellEnd"/>
            <w:r w:rsidRPr="00A44437">
              <w:rPr>
                <w:rFonts w:ascii="Calibri" w:hAnsi="Calibri" w:cs="Calibri"/>
                <w:color w:val="000000"/>
                <w:szCs w:val="20"/>
              </w:rPr>
              <w:t xml:space="preserve"> </w:t>
            </w:r>
            <w:proofErr w:type="spellStart"/>
            <w:r w:rsidRPr="00A44437">
              <w:rPr>
                <w:rFonts w:ascii="Calibri" w:hAnsi="Calibri" w:cs="Calibri"/>
                <w:color w:val="000000"/>
                <w:szCs w:val="20"/>
              </w:rPr>
              <w:t>nazwisko</w:t>
            </w:r>
            <w:proofErr w:type="spellEnd"/>
            <w:r w:rsidRPr="00A44437">
              <w:rPr>
                <w:rFonts w:ascii="Calibri" w:hAnsi="Calibri" w:cs="Calibri"/>
                <w:color w:val="000000"/>
                <w:szCs w:val="20"/>
              </w:rPr>
              <w:t xml:space="preserve"> </w:t>
            </w:r>
            <w:proofErr w:type="spellStart"/>
            <w:r w:rsidRPr="00A44437">
              <w:rPr>
                <w:rFonts w:ascii="Calibri" w:hAnsi="Calibri" w:cs="Calibri"/>
                <w:color w:val="000000"/>
                <w:szCs w:val="20"/>
              </w:rPr>
              <w:t>osoby</w:t>
            </w:r>
            <w:proofErr w:type="spellEnd"/>
            <w:r w:rsidRPr="00A44437">
              <w:rPr>
                <w:rFonts w:ascii="Calibri" w:hAnsi="Calibri" w:cs="Calibri"/>
                <w:color w:val="000000"/>
                <w:szCs w:val="20"/>
              </w:rPr>
              <w:t xml:space="preserve"> </w:t>
            </w:r>
            <w:proofErr w:type="spellStart"/>
            <w:r w:rsidRPr="00A44437">
              <w:rPr>
                <w:rFonts w:ascii="Calibri" w:hAnsi="Calibri" w:cs="Calibri"/>
                <w:color w:val="000000"/>
                <w:szCs w:val="20"/>
              </w:rPr>
              <w:t>ubiegającej</w:t>
            </w:r>
            <w:proofErr w:type="spellEnd"/>
            <w:r w:rsidRPr="00A44437">
              <w:rPr>
                <w:rFonts w:ascii="Calibri" w:hAnsi="Calibri" w:cs="Calibri"/>
                <w:color w:val="000000"/>
                <w:szCs w:val="20"/>
              </w:rPr>
              <w:t xml:space="preserve"> </w:t>
            </w:r>
            <w:proofErr w:type="spellStart"/>
            <w:r w:rsidRPr="00A44437">
              <w:rPr>
                <w:rFonts w:ascii="Calibri" w:hAnsi="Calibri" w:cs="Calibri"/>
                <w:color w:val="000000"/>
                <w:szCs w:val="20"/>
              </w:rPr>
              <w:t>się</w:t>
            </w:r>
            <w:proofErr w:type="spellEnd"/>
            <w:r w:rsidRPr="00A44437">
              <w:rPr>
                <w:rFonts w:ascii="Calibri" w:hAnsi="Calibri" w:cs="Calibri"/>
                <w:color w:val="000000"/>
                <w:szCs w:val="20"/>
              </w:rPr>
              <w:t xml:space="preserve"> </w:t>
            </w:r>
            <w:r w:rsidRPr="00A44437">
              <w:rPr>
                <w:rFonts w:ascii="Calibri" w:hAnsi="Calibri" w:cs="Calibri"/>
                <w:color w:val="000000"/>
                <w:szCs w:val="20"/>
              </w:rPr>
              <w:br/>
              <w:t xml:space="preserve">o </w:t>
            </w:r>
            <w:proofErr w:type="spellStart"/>
            <w:r w:rsidRPr="00A44437">
              <w:rPr>
                <w:rFonts w:ascii="Calibri" w:hAnsi="Calibri" w:cs="Calibri"/>
                <w:color w:val="000000"/>
                <w:szCs w:val="20"/>
              </w:rPr>
              <w:t>udział</w:t>
            </w:r>
            <w:proofErr w:type="spellEnd"/>
            <w:r w:rsidRPr="00A44437">
              <w:rPr>
                <w:rFonts w:ascii="Calibri" w:hAnsi="Calibri" w:cs="Calibri"/>
                <w:color w:val="000000"/>
                <w:szCs w:val="20"/>
              </w:rPr>
              <w:t xml:space="preserve"> w </w:t>
            </w:r>
            <w:proofErr w:type="spellStart"/>
            <w:r w:rsidRPr="00A44437">
              <w:rPr>
                <w:rFonts w:ascii="Calibri" w:hAnsi="Calibri" w:cs="Calibri"/>
                <w:color w:val="000000"/>
                <w:szCs w:val="20"/>
              </w:rPr>
              <w:t>wizycie</w:t>
            </w:r>
            <w:proofErr w:type="spellEnd"/>
            <w:r w:rsidRPr="00A44437">
              <w:rPr>
                <w:rFonts w:ascii="Calibri" w:hAnsi="Calibri" w:cs="Calibri"/>
                <w:color w:val="000000"/>
                <w:szCs w:val="20"/>
              </w:rPr>
              <w:t xml:space="preserve"> </w:t>
            </w:r>
            <w:proofErr w:type="spellStart"/>
            <w:r w:rsidRPr="00A44437">
              <w:rPr>
                <w:rFonts w:ascii="Calibri" w:hAnsi="Calibri" w:cs="Calibri"/>
                <w:color w:val="000000"/>
                <w:szCs w:val="20"/>
              </w:rPr>
              <w:t>studyjnej</w:t>
            </w:r>
            <w:proofErr w:type="spellEnd"/>
            <w:r w:rsidRPr="00A44437">
              <w:rPr>
                <w:rFonts w:ascii="Calibri" w:hAnsi="Calibri" w:cs="Calibri"/>
                <w:color w:val="000000"/>
                <w:szCs w:val="20"/>
              </w:rPr>
              <w:t>:</w:t>
            </w:r>
          </w:p>
        </w:tc>
        <w:tc>
          <w:tcPr>
            <w:tcW w:w="6975" w:type="dxa"/>
          </w:tcPr>
          <w:p w14:paraId="44FD1863" w14:textId="77777777" w:rsidR="00DC27E0" w:rsidRPr="00A44437" w:rsidRDefault="00DC27E0" w:rsidP="00C35E95">
            <w:pPr>
              <w:spacing w:before="240" w:after="240" w:line="276" w:lineRule="auto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DC27E0" w:rsidRPr="00A44437" w14:paraId="418902DD" w14:textId="77777777" w:rsidTr="00C35E95">
        <w:tc>
          <w:tcPr>
            <w:tcW w:w="3369" w:type="dxa"/>
          </w:tcPr>
          <w:p w14:paraId="7F6D26F1" w14:textId="77777777" w:rsidR="00DC27E0" w:rsidRPr="00A44437" w:rsidRDefault="00DC27E0" w:rsidP="00C35E95">
            <w:pPr>
              <w:spacing w:before="240" w:after="240" w:line="276" w:lineRule="auto"/>
              <w:rPr>
                <w:rFonts w:ascii="Calibri" w:hAnsi="Calibri" w:cs="Calibri"/>
                <w:color w:val="000000"/>
                <w:szCs w:val="20"/>
              </w:rPr>
            </w:pPr>
            <w:proofErr w:type="spellStart"/>
            <w:r w:rsidRPr="00A44437">
              <w:rPr>
                <w:rFonts w:ascii="Calibri" w:hAnsi="Calibri" w:cs="Calibri"/>
                <w:color w:val="000000"/>
                <w:szCs w:val="20"/>
              </w:rPr>
              <w:t>Miejsce</w:t>
            </w:r>
            <w:proofErr w:type="spellEnd"/>
            <w:r w:rsidRPr="00A44437">
              <w:rPr>
                <w:rFonts w:ascii="Calibri" w:hAnsi="Calibri" w:cs="Calibri"/>
                <w:color w:val="000000"/>
                <w:szCs w:val="20"/>
              </w:rPr>
              <w:t xml:space="preserve"> </w:t>
            </w:r>
            <w:proofErr w:type="spellStart"/>
            <w:r w:rsidRPr="00A44437">
              <w:rPr>
                <w:rFonts w:ascii="Calibri" w:hAnsi="Calibri" w:cs="Calibri"/>
                <w:color w:val="000000"/>
                <w:szCs w:val="20"/>
              </w:rPr>
              <w:t>pracy</w:t>
            </w:r>
            <w:proofErr w:type="spellEnd"/>
            <w:r w:rsidRPr="00A44437">
              <w:rPr>
                <w:rFonts w:ascii="Calibri" w:hAnsi="Calibri" w:cs="Calibri"/>
                <w:color w:val="000000"/>
                <w:szCs w:val="20"/>
              </w:rPr>
              <w:t>/</w:t>
            </w:r>
            <w:proofErr w:type="spellStart"/>
            <w:r w:rsidRPr="00A44437">
              <w:rPr>
                <w:rFonts w:ascii="Calibri" w:hAnsi="Calibri" w:cs="Calibri"/>
                <w:color w:val="000000"/>
                <w:szCs w:val="20"/>
              </w:rPr>
              <w:t>współpracy</w:t>
            </w:r>
            <w:proofErr w:type="spellEnd"/>
            <w:r w:rsidRPr="00A44437">
              <w:rPr>
                <w:rFonts w:ascii="Calibri" w:hAnsi="Calibri" w:cs="Calibri"/>
                <w:color w:val="000000"/>
                <w:szCs w:val="20"/>
              </w:rPr>
              <w:t xml:space="preserve"> </w:t>
            </w:r>
            <w:r w:rsidRPr="00A44437">
              <w:rPr>
                <w:rFonts w:ascii="Calibri" w:hAnsi="Calibri" w:cs="Calibri"/>
                <w:i/>
                <w:iCs/>
                <w:color w:val="000000"/>
                <w:szCs w:val="20"/>
              </w:rPr>
              <w:t>(</w:t>
            </w:r>
            <w:proofErr w:type="spellStart"/>
            <w:r w:rsidRPr="00A44437">
              <w:rPr>
                <w:rFonts w:ascii="Calibri" w:hAnsi="Calibri" w:cs="Calibri"/>
                <w:i/>
                <w:iCs/>
                <w:color w:val="000000"/>
                <w:szCs w:val="20"/>
              </w:rPr>
              <w:t>instytucja</w:t>
            </w:r>
            <w:proofErr w:type="spellEnd"/>
            <w:r w:rsidRPr="00A44437">
              <w:rPr>
                <w:rFonts w:ascii="Calibri" w:hAnsi="Calibri" w:cs="Calibri"/>
                <w:i/>
                <w:iCs/>
                <w:color w:val="000000"/>
                <w:szCs w:val="20"/>
              </w:rPr>
              <w:t xml:space="preserve"> </w:t>
            </w:r>
            <w:proofErr w:type="spellStart"/>
            <w:r w:rsidRPr="00A44437">
              <w:rPr>
                <w:rFonts w:ascii="Calibri" w:hAnsi="Calibri" w:cs="Calibri"/>
                <w:i/>
                <w:iCs/>
                <w:color w:val="000000"/>
                <w:szCs w:val="20"/>
              </w:rPr>
              <w:t>kultury</w:t>
            </w:r>
            <w:proofErr w:type="spellEnd"/>
            <w:r w:rsidRPr="00A44437">
              <w:rPr>
                <w:rFonts w:ascii="Calibri" w:hAnsi="Calibri" w:cs="Calibri"/>
                <w:i/>
                <w:iCs/>
                <w:color w:val="000000"/>
                <w:szCs w:val="20"/>
              </w:rPr>
              <w:t xml:space="preserve">, </w:t>
            </w:r>
            <w:proofErr w:type="spellStart"/>
            <w:r w:rsidRPr="00A44437">
              <w:rPr>
                <w:rFonts w:ascii="Calibri" w:hAnsi="Calibri" w:cs="Calibri"/>
                <w:i/>
                <w:iCs/>
                <w:color w:val="000000"/>
                <w:szCs w:val="20"/>
              </w:rPr>
              <w:t>organizacja</w:t>
            </w:r>
            <w:proofErr w:type="spellEnd"/>
            <w:r w:rsidRPr="00A44437">
              <w:rPr>
                <w:rFonts w:ascii="Calibri" w:hAnsi="Calibri" w:cs="Calibri"/>
                <w:i/>
                <w:iCs/>
                <w:color w:val="000000"/>
                <w:szCs w:val="20"/>
              </w:rPr>
              <w:t xml:space="preserve"> </w:t>
            </w:r>
            <w:proofErr w:type="spellStart"/>
            <w:r w:rsidRPr="00A44437">
              <w:rPr>
                <w:rFonts w:ascii="Calibri" w:hAnsi="Calibri" w:cs="Calibri"/>
                <w:i/>
                <w:iCs/>
                <w:color w:val="000000"/>
                <w:szCs w:val="20"/>
              </w:rPr>
              <w:t>pozarządowa</w:t>
            </w:r>
            <w:proofErr w:type="spellEnd"/>
            <w:r w:rsidRPr="00A44437">
              <w:rPr>
                <w:rFonts w:ascii="Calibri" w:hAnsi="Calibri" w:cs="Calibri"/>
                <w:i/>
                <w:iCs/>
                <w:color w:val="000000"/>
                <w:szCs w:val="20"/>
              </w:rPr>
              <w:t xml:space="preserve"> </w:t>
            </w:r>
            <w:proofErr w:type="spellStart"/>
            <w:r w:rsidRPr="00A44437">
              <w:rPr>
                <w:rFonts w:ascii="Calibri" w:hAnsi="Calibri" w:cs="Calibri"/>
                <w:i/>
                <w:iCs/>
                <w:color w:val="000000"/>
                <w:szCs w:val="20"/>
              </w:rPr>
              <w:t>itp</w:t>
            </w:r>
            <w:proofErr w:type="spellEnd"/>
            <w:r w:rsidRPr="00A44437">
              <w:rPr>
                <w:rFonts w:ascii="Calibri" w:hAnsi="Calibri" w:cs="Calibri"/>
                <w:i/>
                <w:iCs/>
                <w:color w:val="000000"/>
                <w:szCs w:val="20"/>
              </w:rPr>
              <w:t>.):</w:t>
            </w:r>
          </w:p>
        </w:tc>
        <w:tc>
          <w:tcPr>
            <w:tcW w:w="6975" w:type="dxa"/>
          </w:tcPr>
          <w:p w14:paraId="197BE83C" w14:textId="77777777" w:rsidR="00DC27E0" w:rsidRPr="00A44437" w:rsidRDefault="00DC27E0" w:rsidP="00C35E95">
            <w:pPr>
              <w:spacing w:before="240" w:after="240" w:line="276" w:lineRule="auto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DC27E0" w:rsidRPr="00A44437" w14:paraId="0372E3ED" w14:textId="77777777" w:rsidTr="00C35E95">
        <w:tc>
          <w:tcPr>
            <w:tcW w:w="3369" w:type="dxa"/>
          </w:tcPr>
          <w:p w14:paraId="403FB38C" w14:textId="77777777" w:rsidR="00DC27E0" w:rsidRPr="00A44437" w:rsidRDefault="00DC27E0" w:rsidP="00C35E95">
            <w:pPr>
              <w:spacing w:before="240" w:after="240" w:line="276" w:lineRule="auto"/>
              <w:rPr>
                <w:rFonts w:ascii="Calibri" w:hAnsi="Calibri" w:cs="Calibri"/>
                <w:color w:val="000000"/>
                <w:szCs w:val="20"/>
              </w:rPr>
            </w:pPr>
            <w:proofErr w:type="spellStart"/>
            <w:r w:rsidRPr="00A44437">
              <w:rPr>
                <w:rFonts w:ascii="Calibri" w:hAnsi="Calibri" w:cs="Calibri"/>
                <w:color w:val="000000"/>
                <w:szCs w:val="20"/>
              </w:rPr>
              <w:t>Stanowisko</w:t>
            </w:r>
            <w:proofErr w:type="spellEnd"/>
            <w:r w:rsidRPr="00A44437">
              <w:rPr>
                <w:rFonts w:ascii="Calibri" w:hAnsi="Calibri" w:cs="Calibri"/>
                <w:color w:val="000000"/>
                <w:szCs w:val="20"/>
              </w:rPr>
              <w:t>/</w:t>
            </w:r>
            <w:proofErr w:type="spellStart"/>
            <w:r w:rsidRPr="00A44437">
              <w:rPr>
                <w:rFonts w:ascii="Calibri" w:hAnsi="Calibri" w:cs="Calibri"/>
                <w:color w:val="000000"/>
                <w:szCs w:val="20"/>
              </w:rPr>
              <w:t>funkcja</w:t>
            </w:r>
            <w:proofErr w:type="spellEnd"/>
            <w:r w:rsidRPr="00A44437">
              <w:rPr>
                <w:rFonts w:ascii="Calibri" w:hAnsi="Calibri" w:cs="Calibri"/>
                <w:color w:val="000000"/>
                <w:szCs w:val="20"/>
              </w:rPr>
              <w:t>:</w:t>
            </w:r>
          </w:p>
        </w:tc>
        <w:tc>
          <w:tcPr>
            <w:tcW w:w="6975" w:type="dxa"/>
          </w:tcPr>
          <w:p w14:paraId="66D7E4D6" w14:textId="77777777" w:rsidR="00DC27E0" w:rsidRPr="00A44437" w:rsidRDefault="00DC27E0" w:rsidP="00C35E95">
            <w:pPr>
              <w:spacing w:before="240" w:after="240" w:line="276" w:lineRule="auto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DC27E0" w:rsidRPr="00A44437" w14:paraId="307A53DA" w14:textId="77777777" w:rsidTr="00C35E95">
        <w:trPr>
          <w:trHeight w:val="2648"/>
        </w:trPr>
        <w:tc>
          <w:tcPr>
            <w:tcW w:w="3369" w:type="dxa"/>
          </w:tcPr>
          <w:p w14:paraId="699EAA13" w14:textId="77777777" w:rsidR="00DC27E0" w:rsidRPr="00A44437" w:rsidRDefault="00DC27E0" w:rsidP="00C35E95">
            <w:pPr>
              <w:spacing w:before="240" w:after="240" w:line="276" w:lineRule="auto"/>
              <w:rPr>
                <w:rFonts w:ascii="Calibri" w:hAnsi="Calibri" w:cs="Calibri"/>
                <w:color w:val="000000"/>
                <w:szCs w:val="20"/>
              </w:rPr>
            </w:pPr>
            <w:proofErr w:type="spellStart"/>
            <w:r w:rsidRPr="00A44437">
              <w:rPr>
                <w:rFonts w:ascii="Calibri" w:hAnsi="Calibri" w:cs="Calibri"/>
                <w:color w:val="000000"/>
                <w:szCs w:val="20"/>
              </w:rPr>
              <w:t>Krótki</w:t>
            </w:r>
            <w:proofErr w:type="spellEnd"/>
            <w:r w:rsidRPr="00A44437">
              <w:rPr>
                <w:rFonts w:ascii="Calibri" w:hAnsi="Calibri" w:cs="Calibri"/>
                <w:color w:val="000000"/>
                <w:szCs w:val="20"/>
              </w:rPr>
              <w:t xml:space="preserve"> </w:t>
            </w:r>
            <w:proofErr w:type="spellStart"/>
            <w:r w:rsidRPr="00A44437">
              <w:rPr>
                <w:rFonts w:ascii="Calibri" w:hAnsi="Calibri" w:cs="Calibri"/>
                <w:color w:val="000000"/>
                <w:szCs w:val="20"/>
              </w:rPr>
              <w:t>opis</w:t>
            </w:r>
            <w:proofErr w:type="spellEnd"/>
            <w:r w:rsidRPr="00A44437">
              <w:rPr>
                <w:rFonts w:ascii="Calibri" w:hAnsi="Calibri" w:cs="Calibri"/>
                <w:color w:val="000000"/>
                <w:szCs w:val="20"/>
              </w:rPr>
              <w:t xml:space="preserve"> </w:t>
            </w:r>
            <w:proofErr w:type="spellStart"/>
            <w:r w:rsidRPr="00A44437">
              <w:rPr>
                <w:rFonts w:ascii="Calibri" w:hAnsi="Calibri" w:cs="Calibri"/>
                <w:color w:val="000000"/>
                <w:szCs w:val="20"/>
              </w:rPr>
              <w:t>wykonywanych</w:t>
            </w:r>
            <w:proofErr w:type="spellEnd"/>
            <w:r w:rsidRPr="00A44437">
              <w:rPr>
                <w:rFonts w:ascii="Calibri" w:hAnsi="Calibri" w:cs="Calibri"/>
                <w:color w:val="000000"/>
                <w:szCs w:val="20"/>
              </w:rPr>
              <w:t xml:space="preserve"> </w:t>
            </w:r>
            <w:proofErr w:type="spellStart"/>
            <w:r w:rsidRPr="00A44437">
              <w:rPr>
                <w:rFonts w:ascii="Calibri" w:hAnsi="Calibri" w:cs="Calibri"/>
                <w:color w:val="000000"/>
                <w:szCs w:val="20"/>
              </w:rPr>
              <w:t>obowiązków</w:t>
            </w:r>
            <w:proofErr w:type="spellEnd"/>
            <w:r w:rsidRPr="00A44437">
              <w:rPr>
                <w:rFonts w:ascii="Calibri" w:hAnsi="Calibri" w:cs="Calibri"/>
                <w:color w:val="000000"/>
                <w:szCs w:val="20"/>
              </w:rPr>
              <w:t xml:space="preserve">, </w:t>
            </w:r>
            <w:proofErr w:type="spellStart"/>
            <w:r w:rsidRPr="00A44437">
              <w:rPr>
                <w:rFonts w:ascii="Calibri" w:hAnsi="Calibri" w:cs="Calibri"/>
                <w:color w:val="000000"/>
                <w:szCs w:val="20"/>
              </w:rPr>
              <w:t>zadań</w:t>
            </w:r>
            <w:proofErr w:type="spellEnd"/>
            <w:r w:rsidRPr="00A44437">
              <w:rPr>
                <w:rFonts w:ascii="Calibri" w:hAnsi="Calibri" w:cs="Calibri"/>
                <w:color w:val="000000"/>
                <w:szCs w:val="20"/>
              </w:rPr>
              <w:t xml:space="preserve"> w </w:t>
            </w:r>
            <w:proofErr w:type="spellStart"/>
            <w:r w:rsidRPr="00A44437">
              <w:rPr>
                <w:rFonts w:ascii="Calibri" w:hAnsi="Calibri" w:cs="Calibri"/>
                <w:color w:val="000000"/>
                <w:szCs w:val="20"/>
              </w:rPr>
              <w:t>ramach</w:t>
            </w:r>
            <w:proofErr w:type="spellEnd"/>
            <w:r w:rsidRPr="00A44437">
              <w:rPr>
                <w:rFonts w:ascii="Calibri" w:hAnsi="Calibri" w:cs="Calibri"/>
                <w:color w:val="000000"/>
                <w:szCs w:val="20"/>
              </w:rPr>
              <w:t xml:space="preserve"> </w:t>
            </w:r>
            <w:proofErr w:type="spellStart"/>
            <w:r w:rsidRPr="00A44437">
              <w:rPr>
                <w:rFonts w:ascii="Calibri" w:hAnsi="Calibri" w:cs="Calibri"/>
                <w:color w:val="000000"/>
                <w:szCs w:val="20"/>
              </w:rPr>
              <w:t>zatrudnienia</w:t>
            </w:r>
            <w:proofErr w:type="spellEnd"/>
            <w:r w:rsidRPr="00A44437">
              <w:rPr>
                <w:rFonts w:ascii="Calibri" w:hAnsi="Calibri" w:cs="Calibri"/>
                <w:color w:val="000000"/>
                <w:szCs w:val="20"/>
              </w:rPr>
              <w:t>/</w:t>
            </w:r>
            <w:proofErr w:type="spellStart"/>
            <w:r w:rsidRPr="00A44437">
              <w:rPr>
                <w:rFonts w:ascii="Calibri" w:hAnsi="Calibri" w:cs="Calibri"/>
                <w:color w:val="000000"/>
                <w:szCs w:val="20"/>
              </w:rPr>
              <w:t>współpracy</w:t>
            </w:r>
            <w:proofErr w:type="spellEnd"/>
            <w:r w:rsidRPr="00A44437">
              <w:rPr>
                <w:rFonts w:ascii="Calibri" w:hAnsi="Calibri" w:cs="Calibri"/>
                <w:color w:val="000000"/>
                <w:szCs w:val="20"/>
              </w:rPr>
              <w:t xml:space="preserve"> w </w:t>
            </w:r>
            <w:proofErr w:type="spellStart"/>
            <w:r w:rsidRPr="00A44437">
              <w:rPr>
                <w:rFonts w:ascii="Calibri" w:hAnsi="Calibri" w:cs="Calibri"/>
                <w:color w:val="000000"/>
                <w:szCs w:val="20"/>
              </w:rPr>
              <w:t>powyższej</w:t>
            </w:r>
            <w:proofErr w:type="spellEnd"/>
            <w:r w:rsidRPr="00A44437">
              <w:rPr>
                <w:rFonts w:ascii="Calibri" w:hAnsi="Calibri" w:cs="Calibri"/>
                <w:color w:val="000000"/>
                <w:szCs w:val="20"/>
              </w:rPr>
              <w:t xml:space="preserve"> </w:t>
            </w:r>
            <w:proofErr w:type="spellStart"/>
            <w:r w:rsidRPr="00A44437">
              <w:rPr>
                <w:rFonts w:ascii="Calibri" w:hAnsi="Calibri" w:cs="Calibri"/>
                <w:color w:val="000000"/>
                <w:szCs w:val="20"/>
              </w:rPr>
              <w:t>instytucji</w:t>
            </w:r>
            <w:proofErr w:type="spellEnd"/>
            <w:r w:rsidRPr="00A44437">
              <w:rPr>
                <w:rFonts w:ascii="Calibri" w:hAnsi="Calibri" w:cs="Calibri"/>
                <w:color w:val="000000"/>
                <w:szCs w:val="20"/>
              </w:rPr>
              <w:t xml:space="preserve">, </w:t>
            </w:r>
            <w:proofErr w:type="spellStart"/>
            <w:r w:rsidRPr="00A44437">
              <w:rPr>
                <w:rFonts w:ascii="Calibri" w:hAnsi="Calibri" w:cs="Calibri"/>
                <w:color w:val="000000"/>
                <w:szCs w:val="20"/>
              </w:rPr>
              <w:t>organizacji</w:t>
            </w:r>
            <w:proofErr w:type="spellEnd"/>
            <w:r w:rsidRPr="00A44437">
              <w:rPr>
                <w:rFonts w:ascii="Calibri" w:hAnsi="Calibri" w:cs="Calibri"/>
                <w:color w:val="000000"/>
                <w:szCs w:val="20"/>
              </w:rPr>
              <w:t xml:space="preserve"> </w:t>
            </w:r>
            <w:proofErr w:type="spellStart"/>
            <w:r w:rsidRPr="00A44437">
              <w:rPr>
                <w:rFonts w:ascii="Calibri" w:hAnsi="Calibri" w:cs="Calibri"/>
                <w:color w:val="000000"/>
                <w:szCs w:val="20"/>
              </w:rPr>
              <w:t>oraz</w:t>
            </w:r>
            <w:proofErr w:type="spellEnd"/>
            <w:r w:rsidRPr="00A44437">
              <w:rPr>
                <w:rFonts w:ascii="Calibri" w:hAnsi="Calibri" w:cs="Calibri"/>
                <w:color w:val="000000"/>
                <w:szCs w:val="20"/>
              </w:rPr>
              <w:t xml:space="preserve"> </w:t>
            </w:r>
            <w:proofErr w:type="spellStart"/>
            <w:r w:rsidRPr="00A44437">
              <w:rPr>
                <w:rFonts w:ascii="Calibri" w:hAnsi="Calibri" w:cs="Calibri"/>
                <w:color w:val="000000"/>
                <w:szCs w:val="20"/>
              </w:rPr>
              <w:t>uzasadnienie</w:t>
            </w:r>
            <w:proofErr w:type="spellEnd"/>
            <w:r w:rsidRPr="00A44437">
              <w:rPr>
                <w:rFonts w:ascii="Calibri" w:hAnsi="Calibri" w:cs="Calibri"/>
                <w:color w:val="000000"/>
                <w:szCs w:val="20"/>
              </w:rPr>
              <w:t xml:space="preserve"> </w:t>
            </w:r>
            <w:proofErr w:type="spellStart"/>
            <w:r w:rsidRPr="00A44437">
              <w:rPr>
                <w:rFonts w:ascii="Calibri" w:hAnsi="Calibri" w:cs="Calibri"/>
                <w:color w:val="000000"/>
                <w:szCs w:val="20"/>
              </w:rPr>
              <w:t>potrzeby</w:t>
            </w:r>
            <w:proofErr w:type="spellEnd"/>
            <w:r w:rsidRPr="00A44437">
              <w:rPr>
                <w:rFonts w:ascii="Calibri" w:hAnsi="Calibri" w:cs="Calibri"/>
                <w:color w:val="000000"/>
                <w:szCs w:val="20"/>
              </w:rPr>
              <w:t xml:space="preserve"> </w:t>
            </w:r>
            <w:proofErr w:type="spellStart"/>
            <w:r w:rsidRPr="00A44437">
              <w:rPr>
                <w:rFonts w:ascii="Calibri" w:hAnsi="Calibri" w:cs="Calibri"/>
                <w:color w:val="000000"/>
                <w:szCs w:val="20"/>
              </w:rPr>
              <w:t>uczestnictwa</w:t>
            </w:r>
            <w:proofErr w:type="spellEnd"/>
            <w:r w:rsidRPr="00A44437">
              <w:rPr>
                <w:rFonts w:ascii="Calibri" w:hAnsi="Calibri" w:cs="Calibri"/>
                <w:color w:val="000000"/>
                <w:szCs w:val="20"/>
              </w:rPr>
              <w:t xml:space="preserve"> </w:t>
            </w:r>
            <w:r w:rsidRPr="00A44437">
              <w:rPr>
                <w:rFonts w:ascii="Calibri" w:hAnsi="Calibri" w:cs="Calibri"/>
                <w:color w:val="000000"/>
                <w:szCs w:val="20"/>
              </w:rPr>
              <w:br/>
              <w:t xml:space="preserve">w </w:t>
            </w:r>
            <w:proofErr w:type="spellStart"/>
            <w:r w:rsidRPr="00A44437">
              <w:rPr>
                <w:rFonts w:ascii="Calibri" w:hAnsi="Calibri" w:cs="Calibri"/>
                <w:color w:val="000000"/>
                <w:szCs w:val="20"/>
              </w:rPr>
              <w:t>wizycie</w:t>
            </w:r>
            <w:proofErr w:type="spellEnd"/>
            <w:r w:rsidRPr="00A44437">
              <w:rPr>
                <w:rFonts w:ascii="Calibri" w:hAnsi="Calibri" w:cs="Calibri"/>
                <w:color w:val="000000"/>
                <w:szCs w:val="20"/>
              </w:rPr>
              <w:t xml:space="preserve"> </w:t>
            </w:r>
            <w:proofErr w:type="spellStart"/>
            <w:r w:rsidRPr="00A44437">
              <w:rPr>
                <w:rFonts w:ascii="Calibri" w:hAnsi="Calibri" w:cs="Calibri"/>
                <w:color w:val="000000"/>
                <w:szCs w:val="20"/>
              </w:rPr>
              <w:t>studyjnej</w:t>
            </w:r>
            <w:proofErr w:type="spellEnd"/>
            <w:r w:rsidRPr="00A44437">
              <w:rPr>
                <w:rFonts w:ascii="Calibri" w:hAnsi="Calibri" w:cs="Calibri"/>
                <w:color w:val="000000"/>
                <w:szCs w:val="20"/>
              </w:rPr>
              <w:t xml:space="preserve"> (</w:t>
            </w:r>
            <w:proofErr w:type="spellStart"/>
            <w:r w:rsidRPr="00A44437">
              <w:rPr>
                <w:rFonts w:ascii="Calibri" w:hAnsi="Calibri" w:cs="Calibri"/>
                <w:color w:val="000000"/>
                <w:szCs w:val="20"/>
              </w:rPr>
              <w:t>adekwatność</w:t>
            </w:r>
            <w:proofErr w:type="spellEnd"/>
            <w:r w:rsidRPr="00A44437">
              <w:rPr>
                <w:rFonts w:ascii="Calibri" w:hAnsi="Calibri" w:cs="Calibri"/>
                <w:color w:val="000000"/>
                <w:szCs w:val="20"/>
              </w:rPr>
              <w:t xml:space="preserve"> </w:t>
            </w:r>
            <w:r w:rsidRPr="00A44437">
              <w:rPr>
                <w:rFonts w:ascii="Calibri" w:hAnsi="Calibri" w:cs="Calibri"/>
                <w:color w:val="000000"/>
                <w:szCs w:val="20"/>
              </w:rPr>
              <w:br/>
              <w:t xml:space="preserve">do </w:t>
            </w:r>
            <w:proofErr w:type="spellStart"/>
            <w:r w:rsidRPr="00A44437">
              <w:rPr>
                <w:rFonts w:ascii="Calibri" w:hAnsi="Calibri" w:cs="Calibri"/>
                <w:color w:val="000000"/>
                <w:szCs w:val="20"/>
              </w:rPr>
              <w:t>wykonywanych</w:t>
            </w:r>
            <w:proofErr w:type="spellEnd"/>
            <w:r w:rsidRPr="00A44437">
              <w:rPr>
                <w:rFonts w:ascii="Calibri" w:hAnsi="Calibri" w:cs="Calibri"/>
                <w:color w:val="000000"/>
                <w:szCs w:val="20"/>
              </w:rPr>
              <w:t xml:space="preserve"> </w:t>
            </w:r>
            <w:proofErr w:type="spellStart"/>
            <w:r w:rsidRPr="00A44437">
              <w:rPr>
                <w:rFonts w:ascii="Calibri" w:hAnsi="Calibri" w:cs="Calibri"/>
                <w:color w:val="000000"/>
                <w:szCs w:val="20"/>
              </w:rPr>
              <w:t>obowiązków</w:t>
            </w:r>
            <w:proofErr w:type="spellEnd"/>
            <w:r w:rsidRPr="00A44437">
              <w:rPr>
                <w:rFonts w:ascii="Calibri" w:hAnsi="Calibri" w:cs="Calibri"/>
                <w:color w:val="000000"/>
                <w:szCs w:val="20"/>
              </w:rPr>
              <w:t xml:space="preserve"> </w:t>
            </w:r>
            <w:proofErr w:type="spellStart"/>
            <w:r w:rsidRPr="00A44437">
              <w:rPr>
                <w:rFonts w:ascii="Calibri" w:hAnsi="Calibri" w:cs="Calibri"/>
                <w:color w:val="000000"/>
                <w:szCs w:val="20"/>
              </w:rPr>
              <w:t>służbowych</w:t>
            </w:r>
            <w:proofErr w:type="spellEnd"/>
            <w:r w:rsidRPr="00A44437">
              <w:rPr>
                <w:rFonts w:ascii="Calibri" w:hAnsi="Calibri" w:cs="Calibri"/>
                <w:color w:val="000000"/>
                <w:szCs w:val="20"/>
              </w:rPr>
              <w:t>):</w:t>
            </w:r>
          </w:p>
        </w:tc>
        <w:tc>
          <w:tcPr>
            <w:tcW w:w="6975" w:type="dxa"/>
          </w:tcPr>
          <w:p w14:paraId="06EF96D6" w14:textId="77777777" w:rsidR="00DC27E0" w:rsidRPr="00A44437" w:rsidRDefault="00DC27E0" w:rsidP="00C35E95">
            <w:pPr>
              <w:spacing w:before="240" w:after="240" w:line="276" w:lineRule="auto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DC27E0" w:rsidRPr="00A44437" w14:paraId="0DBA26BD" w14:textId="77777777" w:rsidTr="00C35E95">
        <w:trPr>
          <w:trHeight w:val="2648"/>
        </w:trPr>
        <w:tc>
          <w:tcPr>
            <w:tcW w:w="3369" w:type="dxa"/>
          </w:tcPr>
          <w:p w14:paraId="5FEFB04E" w14:textId="77777777" w:rsidR="00DC27E0" w:rsidRPr="00A44437" w:rsidRDefault="00DC27E0" w:rsidP="00C35E95">
            <w:pPr>
              <w:rPr>
                <w:rFonts w:ascii="Calibri" w:hAnsi="Calibri" w:cs="Calibri"/>
                <w:color w:val="000000"/>
                <w:szCs w:val="20"/>
              </w:rPr>
            </w:pPr>
            <w:proofErr w:type="spellStart"/>
            <w:r w:rsidRPr="00A44437">
              <w:rPr>
                <w:rFonts w:ascii="Calibri" w:hAnsi="Calibri" w:cs="Calibri"/>
                <w:color w:val="000000"/>
                <w:szCs w:val="20"/>
              </w:rPr>
              <w:t>Czy</w:t>
            </w:r>
            <w:proofErr w:type="spellEnd"/>
            <w:r w:rsidRPr="00A44437">
              <w:rPr>
                <w:rFonts w:ascii="Calibri" w:hAnsi="Calibri" w:cs="Calibri"/>
                <w:color w:val="000000"/>
                <w:szCs w:val="20"/>
              </w:rPr>
              <w:t xml:space="preserve"> </w:t>
            </w:r>
            <w:proofErr w:type="spellStart"/>
            <w:r w:rsidRPr="00A44437">
              <w:rPr>
                <w:rFonts w:ascii="Calibri" w:hAnsi="Calibri" w:cs="Calibri"/>
                <w:color w:val="000000"/>
                <w:szCs w:val="20"/>
              </w:rPr>
              <w:t>uczestniczyła</w:t>
            </w:r>
            <w:proofErr w:type="spellEnd"/>
            <w:r w:rsidRPr="00A44437">
              <w:rPr>
                <w:rFonts w:ascii="Calibri" w:hAnsi="Calibri" w:cs="Calibri"/>
                <w:color w:val="000000"/>
                <w:szCs w:val="20"/>
              </w:rPr>
              <w:t xml:space="preserve"> Pani/ </w:t>
            </w:r>
            <w:proofErr w:type="spellStart"/>
            <w:r w:rsidRPr="00A44437">
              <w:rPr>
                <w:rFonts w:ascii="Calibri" w:hAnsi="Calibri" w:cs="Calibri"/>
                <w:color w:val="000000"/>
                <w:szCs w:val="20"/>
              </w:rPr>
              <w:t>uczestniczył</w:t>
            </w:r>
            <w:proofErr w:type="spellEnd"/>
            <w:r w:rsidRPr="00A44437">
              <w:rPr>
                <w:rFonts w:ascii="Calibri" w:hAnsi="Calibri" w:cs="Calibri"/>
                <w:color w:val="000000"/>
                <w:szCs w:val="20"/>
              </w:rPr>
              <w:t xml:space="preserve"> Pan w </w:t>
            </w:r>
            <w:proofErr w:type="spellStart"/>
            <w:r w:rsidRPr="00A44437">
              <w:rPr>
                <w:rFonts w:ascii="Calibri" w:hAnsi="Calibri" w:cs="Calibri"/>
                <w:color w:val="000000"/>
                <w:szCs w:val="20"/>
              </w:rPr>
              <w:t>wizycie</w:t>
            </w:r>
            <w:proofErr w:type="spellEnd"/>
            <w:r w:rsidRPr="00A44437">
              <w:rPr>
                <w:rFonts w:ascii="Calibri" w:hAnsi="Calibri" w:cs="Calibri"/>
                <w:color w:val="000000"/>
                <w:szCs w:val="20"/>
              </w:rPr>
              <w:t xml:space="preserve"> </w:t>
            </w:r>
            <w:proofErr w:type="spellStart"/>
            <w:r w:rsidRPr="00A44437">
              <w:rPr>
                <w:rFonts w:ascii="Calibri" w:hAnsi="Calibri" w:cs="Calibri"/>
                <w:color w:val="000000"/>
                <w:szCs w:val="20"/>
              </w:rPr>
              <w:t>studyjnej</w:t>
            </w:r>
            <w:proofErr w:type="spellEnd"/>
            <w:r w:rsidRPr="00A44437">
              <w:rPr>
                <w:rFonts w:ascii="Calibri" w:hAnsi="Calibri" w:cs="Calibri"/>
                <w:color w:val="000000"/>
                <w:szCs w:val="20"/>
              </w:rPr>
              <w:t xml:space="preserve"> </w:t>
            </w:r>
            <w:proofErr w:type="spellStart"/>
            <w:r w:rsidRPr="00A44437">
              <w:rPr>
                <w:rFonts w:ascii="Calibri" w:hAnsi="Calibri" w:cs="Calibri"/>
                <w:color w:val="000000"/>
                <w:szCs w:val="20"/>
              </w:rPr>
              <w:t>zrealizowanej</w:t>
            </w:r>
            <w:proofErr w:type="spellEnd"/>
            <w:r w:rsidRPr="00A44437">
              <w:rPr>
                <w:rFonts w:ascii="Calibri" w:hAnsi="Calibri" w:cs="Calibri"/>
                <w:color w:val="000000"/>
                <w:szCs w:val="20"/>
              </w:rPr>
              <w:t xml:space="preserve"> </w:t>
            </w:r>
            <w:proofErr w:type="spellStart"/>
            <w:r w:rsidRPr="00A44437">
              <w:rPr>
                <w:rFonts w:ascii="Calibri" w:hAnsi="Calibri" w:cs="Calibri"/>
                <w:color w:val="000000"/>
                <w:szCs w:val="20"/>
              </w:rPr>
              <w:t>przez</w:t>
            </w:r>
            <w:proofErr w:type="spellEnd"/>
            <w:r w:rsidRPr="00A44437">
              <w:rPr>
                <w:rFonts w:ascii="Calibri" w:hAnsi="Calibri" w:cs="Calibri"/>
                <w:color w:val="000000"/>
                <w:szCs w:val="20"/>
              </w:rPr>
              <w:t xml:space="preserve"> MSK?</w:t>
            </w:r>
          </w:p>
          <w:p w14:paraId="094B7F93" w14:textId="77777777" w:rsidR="00DC27E0" w:rsidRPr="00A44437" w:rsidRDefault="00DC27E0" w:rsidP="00C35E95">
            <w:pPr>
              <w:rPr>
                <w:rFonts w:ascii="Calibri" w:hAnsi="Calibri" w:cs="Calibri"/>
                <w:color w:val="000000"/>
                <w:szCs w:val="20"/>
              </w:rPr>
            </w:pPr>
            <w:proofErr w:type="spellStart"/>
            <w:r w:rsidRPr="00A44437">
              <w:rPr>
                <w:rFonts w:ascii="Calibri" w:hAnsi="Calibri" w:cs="Calibri"/>
                <w:color w:val="000000"/>
                <w:szCs w:val="20"/>
              </w:rPr>
              <w:t>Jeśli</w:t>
            </w:r>
            <w:proofErr w:type="spellEnd"/>
            <w:r w:rsidRPr="00A44437">
              <w:rPr>
                <w:rFonts w:ascii="Calibri" w:hAnsi="Calibri" w:cs="Calibri"/>
                <w:color w:val="000000"/>
                <w:szCs w:val="20"/>
              </w:rPr>
              <w:t xml:space="preserve"> </w:t>
            </w:r>
            <w:proofErr w:type="spellStart"/>
            <w:r w:rsidRPr="00A44437">
              <w:rPr>
                <w:rFonts w:ascii="Calibri" w:hAnsi="Calibri" w:cs="Calibri"/>
                <w:color w:val="000000"/>
                <w:szCs w:val="20"/>
              </w:rPr>
              <w:t>tak</w:t>
            </w:r>
            <w:proofErr w:type="spellEnd"/>
            <w:r w:rsidRPr="00A44437">
              <w:rPr>
                <w:rFonts w:ascii="Calibri" w:hAnsi="Calibri" w:cs="Calibri"/>
                <w:color w:val="000000"/>
                <w:szCs w:val="20"/>
              </w:rPr>
              <w:t xml:space="preserve">, to </w:t>
            </w:r>
            <w:proofErr w:type="spellStart"/>
            <w:r w:rsidRPr="00A44437">
              <w:rPr>
                <w:rFonts w:ascii="Calibri" w:hAnsi="Calibri" w:cs="Calibri"/>
                <w:color w:val="000000"/>
                <w:szCs w:val="20"/>
              </w:rPr>
              <w:t>proszę</w:t>
            </w:r>
            <w:proofErr w:type="spellEnd"/>
            <w:r w:rsidRPr="00A44437">
              <w:rPr>
                <w:rFonts w:ascii="Calibri" w:hAnsi="Calibri" w:cs="Calibri"/>
                <w:color w:val="000000"/>
                <w:szCs w:val="20"/>
              </w:rPr>
              <w:t xml:space="preserve"> </w:t>
            </w:r>
            <w:proofErr w:type="spellStart"/>
            <w:r w:rsidRPr="00A44437">
              <w:rPr>
                <w:rFonts w:ascii="Calibri" w:hAnsi="Calibri" w:cs="Calibri"/>
                <w:color w:val="000000"/>
                <w:szCs w:val="20"/>
              </w:rPr>
              <w:t>podać</w:t>
            </w:r>
            <w:proofErr w:type="spellEnd"/>
            <w:r w:rsidRPr="00A44437">
              <w:rPr>
                <w:rFonts w:ascii="Calibri" w:hAnsi="Calibri" w:cs="Calibri"/>
                <w:color w:val="000000"/>
                <w:szCs w:val="20"/>
              </w:rPr>
              <w:t xml:space="preserve">, </w:t>
            </w:r>
            <w:proofErr w:type="spellStart"/>
            <w:r w:rsidRPr="00A44437">
              <w:rPr>
                <w:rFonts w:ascii="Calibri" w:hAnsi="Calibri" w:cs="Calibri"/>
                <w:color w:val="000000"/>
                <w:szCs w:val="20"/>
              </w:rPr>
              <w:t>której</w:t>
            </w:r>
            <w:proofErr w:type="spellEnd"/>
            <w:r w:rsidRPr="00A44437">
              <w:rPr>
                <w:rFonts w:ascii="Calibri" w:hAnsi="Calibri" w:cs="Calibri"/>
                <w:color w:val="000000"/>
                <w:szCs w:val="20"/>
              </w:rPr>
              <w:t>/</w:t>
            </w:r>
            <w:proofErr w:type="spellStart"/>
            <w:r w:rsidRPr="00A44437">
              <w:rPr>
                <w:rFonts w:ascii="Calibri" w:hAnsi="Calibri" w:cs="Calibri"/>
                <w:color w:val="000000"/>
                <w:szCs w:val="20"/>
              </w:rPr>
              <w:t>których</w:t>
            </w:r>
            <w:proofErr w:type="spellEnd"/>
            <w:r w:rsidRPr="00A44437">
              <w:rPr>
                <w:rFonts w:ascii="Calibri" w:hAnsi="Calibri" w:cs="Calibri"/>
                <w:color w:val="000000"/>
                <w:szCs w:val="20"/>
              </w:rPr>
              <w:t>:</w:t>
            </w:r>
          </w:p>
          <w:p w14:paraId="3069D8B6" w14:textId="77777777" w:rsidR="00DC27E0" w:rsidRPr="00A44437" w:rsidRDefault="00DC27E0" w:rsidP="00C35E95">
            <w:pPr>
              <w:rPr>
                <w:rFonts w:ascii="Calibri" w:hAnsi="Calibri" w:cs="Calibri"/>
                <w:color w:val="000000"/>
                <w:szCs w:val="20"/>
              </w:rPr>
            </w:pPr>
            <w:r w:rsidRPr="00A44437">
              <w:rPr>
                <w:rFonts w:ascii="Calibri" w:hAnsi="Calibri" w:cs="Calibri"/>
                <w:color w:val="000000"/>
                <w:szCs w:val="20"/>
              </w:rPr>
              <w:t>•</w:t>
            </w:r>
            <w:r w:rsidRPr="00A44437">
              <w:rPr>
                <w:rFonts w:ascii="Calibri" w:hAnsi="Calibri" w:cs="Calibri"/>
                <w:color w:val="000000"/>
                <w:szCs w:val="20"/>
              </w:rPr>
              <w:tab/>
              <w:t>Kraków 2023 r.</w:t>
            </w:r>
          </w:p>
          <w:p w14:paraId="67AB7B55" w14:textId="77777777" w:rsidR="00DC27E0" w:rsidRPr="00A44437" w:rsidRDefault="00DC27E0" w:rsidP="00C35E95">
            <w:pPr>
              <w:rPr>
                <w:rFonts w:ascii="Calibri" w:hAnsi="Calibri" w:cs="Calibri"/>
                <w:color w:val="000000"/>
                <w:szCs w:val="20"/>
              </w:rPr>
            </w:pPr>
            <w:r w:rsidRPr="00A44437">
              <w:rPr>
                <w:rFonts w:ascii="Calibri" w:hAnsi="Calibri" w:cs="Calibri"/>
                <w:color w:val="000000"/>
                <w:szCs w:val="20"/>
              </w:rPr>
              <w:t>•</w:t>
            </w:r>
            <w:r w:rsidRPr="00A44437">
              <w:rPr>
                <w:rFonts w:ascii="Calibri" w:hAnsi="Calibri" w:cs="Calibri"/>
                <w:color w:val="000000"/>
                <w:szCs w:val="20"/>
              </w:rPr>
              <w:tab/>
            </w:r>
            <w:proofErr w:type="spellStart"/>
            <w:r w:rsidRPr="00A44437">
              <w:rPr>
                <w:rFonts w:ascii="Calibri" w:hAnsi="Calibri" w:cs="Calibri"/>
                <w:color w:val="000000"/>
                <w:szCs w:val="20"/>
              </w:rPr>
              <w:t>Wrocław</w:t>
            </w:r>
            <w:proofErr w:type="spellEnd"/>
            <w:r w:rsidRPr="00A44437">
              <w:rPr>
                <w:rFonts w:ascii="Calibri" w:hAnsi="Calibri" w:cs="Calibri"/>
                <w:color w:val="000000"/>
                <w:szCs w:val="20"/>
              </w:rPr>
              <w:t xml:space="preserve"> 2023 r.</w:t>
            </w:r>
          </w:p>
          <w:p w14:paraId="38A75514" w14:textId="77777777" w:rsidR="00DC27E0" w:rsidRPr="00A44437" w:rsidRDefault="00DC27E0" w:rsidP="00C35E95">
            <w:pPr>
              <w:rPr>
                <w:rFonts w:ascii="Calibri" w:hAnsi="Calibri" w:cs="Calibri"/>
                <w:color w:val="000000"/>
                <w:szCs w:val="20"/>
              </w:rPr>
            </w:pPr>
            <w:r w:rsidRPr="00A44437">
              <w:rPr>
                <w:rFonts w:ascii="Calibri" w:hAnsi="Calibri" w:cs="Calibri"/>
                <w:color w:val="000000"/>
                <w:szCs w:val="20"/>
              </w:rPr>
              <w:t>•</w:t>
            </w:r>
            <w:r w:rsidRPr="00A44437">
              <w:rPr>
                <w:rFonts w:ascii="Calibri" w:hAnsi="Calibri" w:cs="Calibri"/>
                <w:color w:val="000000"/>
                <w:szCs w:val="20"/>
              </w:rPr>
              <w:tab/>
              <w:t>Katowice 2024 r.</w:t>
            </w:r>
          </w:p>
          <w:p w14:paraId="0677BB02" w14:textId="77777777" w:rsidR="00DC27E0" w:rsidRDefault="00DC27E0" w:rsidP="00DC27E0">
            <w:pPr>
              <w:numPr>
                <w:ilvl w:val="0"/>
                <w:numId w:val="10"/>
              </w:numPr>
              <w:spacing w:after="0"/>
              <w:rPr>
                <w:rFonts w:ascii="Calibri" w:hAnsi="Calibri" w:cs="Calibri"/>
                <w:color w:val="000000"/>
                <w:szCs w:val="20"/>
              </w:rPr>
            </w:pPr>
            <w:r w:rsidRPr="00A44437">
              <w:rPr>
                <w:rFonts w:ascii="Calibri" w:hAnsi="Calibri" w:cs="Calibri"/>
                <w:color w:val="000000"/>
                <w:szCs w:val="20"/>
              </w:rPr>
              <w:t>Lublin 2024 r.</w:t>
            </w:r>
          </w:p>
          <w:p w14:paraId="3A4DEDEE" w14:textId="77777777" w:rsidR="00DC27E0" w:rsidRDefault="00DC27E0" w:rsidP="00DC27E0">
            <w:pPr>
              <w:numPr>
                <w:ilvl w:val="0"/>
                <w:numId w:val="10"/>
              </w:numPr>
              <w:spacing w:after="0"/>
              <w:rPr>
                <w:rFonts w:ascii="Calibri" w:hAnsi="Calibri" w:cs="Calibri"/>
                <w:color w:val="00000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Cs w:val="20"/>
              </w:rPr>
              <w:t>Białystok</w:t>
            </w:r>
            <w:proofErr w:type="spellEnd"/>
            <w:r>
              <w:rPr>
                <w:rFonts w:ascii="Calibri" w:hAnsi="Calibri" w:cs="Calibri"/>
                <w:color w:val="000000"/>
                <w:szCs w:val="20"/>
              </w:rPr>
              <w:t xml:space="preserve"> 2025</w:t>
            </w:r>
          </w:p>
          <w:p w14:paraId="5AAD91C2" w14:textId="77777777" w:rsidR="00DC27E0" w:rsidRPr="00653EF1" w:rsidRDefault="00DC27E0" w:rsidP="00DC27E0">
            <w:pPr>
              <w:numPr>
                <w:ilvl w:val="0"/>
                <w:numId w:val="10"/>
              </w:numPr>
              <w:spacing w:after="0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Gdansk 2025</w:t>
            </w:r>
          </w:p>
          <w:p w14:paraId="4FBDB88F" w14:textId="77777777" w:rsidR="00DC27E0" w:rsidRPr="00A44437" w:rsidRDefault="00DC27E0" w:rsidP="00C35E95">
            <w:pPr>
              <w:rPr>
                <w:rFonts w:ascii="Calibri" w:hAnsi="Calibri" w:cs="Calibri"/>
                <w:color w:val="000000"/>
                <w:szCs w:val="20"/>
              </w:rPr>
            </w:pPr>
          </w:p>
          <w:p w14:paraId="3C5E342B" w14:textId="77777777" w:rsidR="00DC27E0" w:rsidRPr="00A44437" w:rsidRDefault="00DC27E0" w:rsidP="00C35E95">
            <w:pPr>
              <w:rPr>
                <w:rFonts w:ascii="Calibri" w:hAnsi="Calibri" w:cs="Calibri"/>
                <w:color w:val="000000"/>
                <w:szCs w:val="20"/>
              </w:rPr>
            </w:pPr>
          </w:p>
        </w:tc>
        <w:tc>
          <w:tcPr>
            <w:tcW w:w="6975" w:type="dxa"/>
          </w:tcPr>
          <w:p w14:paraId="050436E2" w14:textId="77777777" w:rsidR="00DC27E0" w:rsidRPr="00A44437" w:rsidRDefault="00DC27E0" w:rsidP="00C35E95">
            <w:pPr>
              <w:spacing w:before="240" w:after="240" w:line="276" w:lineRule="auto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DC27E0" w:rsidRPr="00A44437" w14:paraId="31CAD191" w14:textId="77777777" w:rsidTr="00C35E95">
        <w:tc>
          <w:tcPr>
            <w:tcW w:w="3369" w:type="dxa"/>
          </w:tcPr>
          <w:p w14:paraId="396CE1B3" w14:textId="77777777" w:rsidR="00DC27E0" w:rsidRPr="00A44437" w:rsidRDefault="00DC27E0" w:rsidP="00C35E95">
            <w:pPr>
              <w:spacing w:before="240" w:after="240" w:line="276" w:lineRule="auto"/>
              <w:rPr>
                <w:rFonts w:ascii="Calibri" w:hAnsi="Calibri" w:cs="Calibri"/>
                <w:color w:val="000000"/>
                <w:szCs w:val="20"/>
              </w:rPr>
            </w:pPr>
            <w:r w:rsidRPr="00A44437">
              <w:rPr>
                <w:rFonts w:ascii="Calibri" w:hAnsi="Calibri" w:cs="Calibri"/>
                <w:color w:val="000000"/>
                <w:szCs w:val="20"/>
              </w:rPr>
              <w:t xml:space="preserve">e-mail do </w:t>
            </w:r>
            <w:proofErr w:type="spellStart"/>
            <w:r w:rsidRPr="00A44437">
              <w:rPr>
                <w:rFonts w:ascii="Calibri" w:hAnsi="Calibri" w:cs="Calibri"/>
                <w:color w:val="000000"/>
                <w:szCs w:val="20"/>
              </w:rPr>
              <w:t>kontaktu</w:t>
            </w:r>
            <w:proofErr w:type="spellEnd"/>
            <w:r w:rsidRPr="00A44437">
              <w:rPr>
                <w:rFonts w:ascii="Calibri" w:hAnsi="Calibri" w:cs="Calibri"/>
                <w:color w:val="000000"/>
                <w:szCs w:val="20"/>
              </w:rPr>
              <w:t>:</w:t>
            </w:r>
          </w:p>
        </w:tc>
        <w:tc>
          <w:tcPr>
            <w:tcW w:w="6975" w:type="dxa"/>
          </w:tcPr>
          <w:p w14:paraId="211B5CFB" w14:textId="77777777" w:rsidR="00DC27E0" w:rsidRPr="00A44437" w:rsidRDefault="00DC27E0" w:rsidP="00C35E95">
            <w:pPr>
              <w:spacing w:before="240" w:after="240" w:line="276" w:lineRule="auto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DC27E0" w:rsidRPr="00A44437" w14:paraId="53AB0B9F" w14:textId="77777777" w:rsidTr="00C35E95">
        <w:tc>
          <w:tcPr>
            <w:tcW w:w="3369" w:type="dxa"/>
          </w:tcPr>
          <w:p w14:paraId="4CD66CFC" w14:textId="77777777" w:rsidR="00DC27E0" w:rsidRPr="00A44437" w:rsidRDefault="00DC27E0" w:rsidP="00C35E95">
            <w:pPr>
              <w:spacing w:before="240" w:after="240" w:line="276" w:lineRule="auto"/>
              <w:rPr>
                <w:rFonts w:ascii="Calibri" w:hAnsi="Calibri" w:cs="Calibri"/>
                <w:color w:val="000000"/>
                <w:szCs w:val="20"/>
              </w:rPr>
            </w:pPr>
            <w:proofErr w:type="spellStart"/>
            <w:r w:rsidRPr="00A44437">
              <w:rPr>
                <w:rFonts w:ascii="Calibri" w:hAnsi="Calibri" w:cs="Calibri"/>
                <w:color w:val="000000"/>
                <w:szCs w:val="20"/>
              </w:rPr>
              <w:lastRenderedPageBreak/>
              <w:t>numer</w:t>
            </w:r>
            <w:proofErr w:type="spellEnd"/>
            <w:r w:rsidRPr="00A44437">
              <w:rPr>
                <w:rFonts w:ascii="Calibri" w:hAnsi="Calibri" w:cs="Calibri"/>
                <w:color w:val="000000"/>
                <w:szCs w:val="20"/>
              </w:rPr>
              <w:t xml:space="preserve"> </w:t>
            </w:r>
            <w:proofErr w:type="spellStart"/>
            <w:r w:rsidRPr="00A44437">
              <w:rPr>
                <w:rFonts w:ascii="Calibri" w:hAnsi="Calibri" w:cs="Calibri"/>
                <w:color w:val="000000"/>
                <w:szCs w:val="20"/>
              </w:rPr>
              <w:t>telefonu</w:t>
            </w:r>
            <w:proofErr w:type="spellEnd"/>
            <w:r w:rsidRPr="00A44437">
              <w:rPr>
                <w:rFonts w:ascii="Calibri" w:hAnsi="Calibri" w:cs="Calibri"/>
                <w:color w:val="000000"/>
                <w:szCs w:val="20"/>
              </w:rPr>
              <w:t xml:space="preserve"> do </w:t>
            </w:r>
            <w:proofErr w:type="spellStart"/>
            <w:r w:rsidRPr="00A44437">
              <w:rPr>
                <w:rFonts w:ascii="Calibri" w:hAnsi="Calibri" w:cs="Calibri"/>
                <w:color w:val="000000"/>
                <w:szCs w:val="20"/>
              </w:rPr>
              <w:t>kontaktu</w:t>
            </w:r>
            <w:proofErr w:type="spellEnd"/>
            <w:r w:rsidRPr="00A44437">
              <w:rPr>
                <w:rFonts w:ascii="Calibri" w:hAnsi="Calibri" w:cs="Calibri"/>
                <w:color w:val="000000"/>
                <w:szCs w:val="20"/>
              </w:rPr>
              <w:t>:</w:t>
            </w:r>
          </w:p>
          <w:p w14:paraId="591FDA0F" w14:textId="77777777" w:rsidR="00DC27E0" w:rsidRPr="00A44437" w:rsidRDefault="00DC27E0" w:rsidP="00C35E95">
            <w:pPr>
              <w:spacing w:before="240" w:after="240" w:line="276" w:lineRule="auto"/>
              <w:rPr>
                <w:rFonts w:ascii="Calibri" w:hAnsi="Calibri" w:cs="Calibri"/>
                <w:i/>
                <w:iCs/>
                <w:color w:val="000000"/>
                <w:szCs w:val="20"/>
              </w:rPr>
            </w:pPr>
            <w:r w:rsidRPr="00A44437">
              <w:rPr>
                <w:rFonts w:ascii="Calibri" w:hAnsi="Calibri" w:cs="Calibri"/>
                <w:i/>
                <w:iCs/>
                <w:color w:val="000000"/>
                <w:szCs w:val="20"/>
              </w:rPr>
              <w:t>(</w:t>
            </w:r>
            <w:proofErr w:type="spellStart"/>
            <w:r w:rsidRPr="00A44437">
              <w:rPr>
                <w:rFonts w:ascii="Calibri" w:hAnsi="Calibri" w:cs="Calibri"/>
                <w:i/>
                <w:iCs/>
                <w:color w:val="000000"/>
                <w:szCs w:val="20"/>
              </w:rPr>
              <w:t>prosimy</w:t>
            </w:r>
            <w:proofErr w:type="spellEnd"/>
            <w:r w:rsidRPr="00A44437">
              <w:rPr>
                <w:rFonts w:ascii="Calibri" w:hAnsi="Calibri" w:cs="Calibri"/>
                <w:i/>
                <w:iCs/>
                <w:color w:val="000000"/>
                <w:szCs w:val="20"/>
              </w:rPr>
              <w:t xml:space="preserve"> o </w:t>
            </w:r>
            <w:proofErr w:type="spellStart"/>
            <w:r w:rsidRPr="00A44437">
              <w:rPr>
                <w:rFonts w:ascii="Calibri" w:hAnsi="Calibri" w:cs="Calibri"/>
                <w:i/>
                <w:iCs/>
                <w:color w:val="000000"/>
                <w:szCs w:val="20"/>
              </w:rPr>
              <w:t>podanie</w:t>
            </w:r>
            <w:proofErr w:type="spellEnd"/>
            <w:r w:rsidRPr="00A44437">
              <w:rPr>
                <w:rFonts w:ascii="Calibri" w:hAnsi="Calibri" w:cs="Calibri"/>
                <w:i/>
                <w:iCs/>
                <w:color w:val="000000"/>
                <w:szCs w:val="20"/>
              </w:rPr>
              <w:t xml:space="preserve"> </w:t>
            </w:r>
            <w:proofErr w:type="spellStart"/>
            <w:r w:rsidRPr="00A44437">
              <w:rPr>
                <w:rFonts w:ascii="Calibri" w:hAnsi="Calibri" w:cs="Calibri"/>
                <w:i/>
                <w:iCs/>
                <w:color w:val="000000"/>
                <w:szCs w:val="20"/>
              </w:rPr>
              <w:t>numeru</w:t>
            </w:r>
            <w:proofErr w:type="spellEnd"/>
            <w:r w:rsidRPr="00A44437">
              <w:rPr>
                <w:rFonts w:ascii="Calibri" w:hAnsi="Calibri" w:cs="Calibri"/>
                <w:i/>
                <w:iCs/>
                <w:color w:val="000000"/>
                <w:szCs w:val="20"/>
              </w:rPr>
              <w:t xml:space="preserve">, pod </w:t>
            </w:r>
            <w:proofErr w:type="spellStart"/>
            <w:r w:rsidRPr="00A44437">
              <w:rPr>
                <w:rFonts w:ascii="Calibri" w:hAnsi="Calibri" w:cs="Calibri"/>
                <w:i/>
                <w:iCs/>
                <w:color w:val="000000"/>
                <w:szCs w:val="20"/>
              </w:rPr>
              <w:t>którym</w:t>
            </w:r>
            <w:proofErr w:type="spellEnd"/>
            <w:r w:rsidRPr="00A44437">
              <w:rPr>
                <w:rFonts w:ascii="Calibri" w:hAnsi="Calibri" w:cs="Calibri"/>
                <w:i/>
                <w:iCs/>
                <w:color w:val="000000"/>
                <w:szCs w:val="20"/>
              </w:rPr>
              <w:t xml:space="preserve"> w </w:t>
            </w:r>
            <w:proofErr w:type="spellStart"/>
            <w:r w:rsidRPr="00A44437">
              <w:rPr>
                <w:rFonts w:ascii="Calibri" w:hAnsi="Calibri" w:cs="Calibri"/>
                <w:i/>
                <w:iCs/>
                <w:color w:val="000000"/>
                <w:szCs w:val="20"/>
              </w:rPr>
              <w:t>przypadku</w:t>
            </w:r>
            <w:proofErr w:type="spellEnd"/>
            <w:r w:rsidRPr="00A44437">
              <w:rPr>
                <w:rFonts w:ascii="Calibri" w:hAnsi="Calibri" w:cs="Calibri"/>
                <w:i/>
                <w:iCs/>
                <w:color w:val="000000"/>
                <w:szCs w:val="20"/>
              </w:rPr>
              <w:t xml:space="preserve"> </w:t>
            </w:r>
            <w:proofErr w:type="spellStart"/>
            <w:r w:rsidRPr="00A44437">
              <w:rPr>
                <w:rFonts w:ascii="Calibri" w:hAnsi="Calibri" w:cs="Calibri"/>
                <w:i/>
                <w:iCs/>
                <w:color w:val="000000"/>
                <w:szCs w:val="20"/>
              </w:rPr>
              <w:t>wyłonienia</w:t>
            </w:r>
            <w:proofErr w:type="spellEnd"/>
            <w:r w:rsidRPr="00A44437">
              <w:rPr>
                <w:rFonts w:ascii="Calibri" w:hAnsi="Calibri" w:cs="Calibri"/>
                <w:i/>
                <w:iCs/>
                <w:color w:val="000000"/>
                <w:szCs w:val="20"/>
              </w:rPr>
              <w:t xml:space="preserve"> </w:t>
            </w:r>
            <w:proofErr w:type="spellStart"/>
            <w:r w:rsidRPr="00A44437">
              <w:rPr>
                <w:rFonts w:ascii="Calibri" w:hAnsi="Calibri" w:cs="Calibri"/>
                <w:i/>
                <w:iCs/>
                <w:color w:val="000000"/>
                <w:szCs w:val="20"/>
              </w:rPr>
              <w:t>jako</w:t>
            </w:r>
            <w:proofErr w:type="spellEnd"/>
            <w:r w:rsidRPr="00A44437">
              <w:rPr>
                <w:rFonts w:ascii="Calibri" w:hAnsi="Calibri" w:cs="Calibri"/>
                <w:i/>
                <w:iCs/>
                <w:color w:val="000000"/>
                <w:szCs w:val="20"/>
              </w:rPr>
              <w:t xml:space="preserve"> </w:t>
            </w:r>
            <w:proofErr w:type="spellStart"/>
            <w:r w:rsidRPr="00A44437">
              <w:rPr>
                <w:rFonts w:ascii="Calibri" w:hAnsi="Calibri" w:cs="Calibri"/>
                <w:i/>
                <w:iCs/>
                <w:color w:val="000000"/>
                <w:szCs w:val="20"/>
              </w:rPr>
              <w:t>uczestnika</w:t>
            </w:r>
            <w:proofErr w:type="spellEnd"/>
            <w:r w:rsidRPr="00A44437">
              <w:rPr>
                <w:rFonts w:ascii="Calibri" w:hAnsi="Calibri" w:cs="Calibri"/>
                <w:i/>
                <w:iCs/>
                <w:color w:val="000000"/>
                <w:szCs w:val="20"/>
              </w:rPr>
              <w:t xml:space="preserve"> </w:t>
            </w:r>
            <w:proofErr w:type="spellStart"/>
            <w:r w:rsidRPr="00A44437">
              <w:rPr>
                <w:rFonts w:ascii="Calibri" w:hAnsi="Calibri" w:cs="Calibri"/>
                <w:i/>
                <w:iCs/>
                <w:color w:val="000000"/>
                <w:szCs w:val="20"/>
              </w:rPr>
              <w:t>wizyty</w:t>
            </w:r>
            <w:proofErr w:type="spellEnd"/>
            <w:r w:rsidRPr="00A44437">
              <w:rPr>
                <w:rFonts w:ascii="Calibri" w:hAnsi="Calibri" w:cs="Calibri"/>
                <w:i/>
                <w:iCs/>
                <w:color w:val="000000"/>
                <w:szCs w:val="20"/>
              </w:rPr>
              <w:t xml:space="preserve"> </w:t>
            </w:r>
            <w:proofErr w:type="spellStart"/>
            <w:r w:rsidRPr="00A44437">
              <w:rPr>
                <w:rFonts w:ascii="Calibri" w:hAnsi="Calibri" w:cs="Calibri"/>
                <w:i/>
                <w:iCs/>
                <w:color w:val="000000"/>
                <w:szCs w:val="20"/>
              </w:rPr>
              <w:t>studyjnej</w:t>
            </w:r>
            <w:proofErr w:type="spellEnd"/>
            <w:r w:rsidRPr="00A44437">
              <w:rPr>
                <w:rFonts w:ascii="Calibri" w:hAnsi="Calibri" w:cs="Calibri"/>
                <w:i/>
                <w:iCs/>
                <w:color w:val="000000"/>
                <w:szCs w:val="20"/>
              </w:rPr>
              <w:t xml:space="preserve"> </w:t>
            </w:r>
            <w:proofErr w:type="spellStart"/>
            <w:r w:rsidRPr="00A44437">
              <w:rPr>
                <w:rFonts w:ascii="Calibri" w:hAnsi="Calibri" w:cs="Calibri"/>
                <w:i/>
                <w:iCs/>
                <w:color w:val="000000"/>
                <w:szCs w:val="20"/>
              </w:rPr>
              <w:t>osoba</w:t>
            </w:r>
            <w:proofErr w:type="spellEnd"/>
            <w:r w:rsidRPr="00A44437">
              <w:rPr>
                <w:rFonts w:ascii="Calibri" w:hAnsi="Calibri" w:cs="Calibri"/>
                <w:i/>
                <w:iCs/>
                <w:color w:val="000000"/>
                <w:szCs w:val="20"/>
              </w:rPr>
              <w:t xml:space="preserve"> </w:t>
            </w:r>
            <w:proofErr w:type="spellStart"/>
            <w:r w:rsidRPr="00A44437">
              <w:rPr>
                <w:rFonts w:ascii="Calibri" w:hAnsi="Calibri" w:cs="Calibri"/>
                <w:i/>
                <w:iCs/>
                <w:color w:val="000000"/>
                <w:szCs w:val="20"/>
              </w:rPr>
              <w:t>będzie</w:t>
            </w:r>
            <w:proofErr w:type="spellEnd"/>
            <w:r w:rsidRPr="00A44437">
              <w:rPr>
                <w:rFonts w:ascii="Calibri" w:hAnsi="Calibri" w:cs="Calibri"/>
                <w:i/>
                <w:iCs/>
                <w:color w:val="000000"/>
                <w:szCs w:val="20"/>
              </w:rPr>
              <w:t xml:space="preserve"> </w:t>
            </w:r>
            <w:proofErr w:type="spellStart"/>
            <w:r w:rsidRPr="00A44437">
              <w:rPr>
                <w:rFonts w:ascii="Calibri" w:hAnsi="Calibri" w:cs="Calibri"/>
                <w:i/>
                <w:iCs/>
                <w:color w:val="000000"/>
                <w:szCs w:val="20"/>
              </w:rPr>
              <w:t>dostępna</w:t>
            </w:r>
            <w:proofErr w:type="spellEnd"/>
            <w:r w:rsidRPr="00A44437">
              <w:rPr>
                <w:rFonts w:ascii="Calibri" w:hAnsi="Calibri" w:cs="Calibri"/>
                <w:i/>
                <w:iCs/>
                <w:color w:val="000000"/>
                <w:szCs w:val="20"/>
              </w:rPr>
              <w:t xml:space="preserve"> </w:t>
            </w:r>
            <w:proofErr w:type="spellStart"/>
            <w:r w:rsidRPr="00A44437">
              <w:rPr>
                <w:rFonts w:ascii="Calibri" w:hAnsi="Calibri" w:cs="Calibri"/>
                <w:i/>
                <w:iCs/>
                <w:color w:val="000000"/>
                <w:szCs w:val="20"/>
              </w:rPr>
              <w:t>również</w:t>
            </w:r>
            <w:proofErr w:type="spellEnd"/>
            <w:r w:rsidRPr="00A44437">
              <w:rPr>
                <w:rFonts w:ascii="Calibri" w:hAnsi="Calibri" w:cs="Calibri"/>
                <w:i/>
                <w:iCs/>
                <w:color w:val="000000"/>
                <w:szCs w:val="20"/>
              </w:rPr>
              <w:t xml:space="preserve"> w </w:t>
            </w:r>
            <w:proofErr w:type="spellStart"/>
            <w:r w:rsidRPr="00A44437">
              <w:rPr>
                <w:rFonts w:ascii="Calibri" w:hAnsi="Calibri" w:cs="Calibri"/>
                <w:i/>
                <w:iCs/>
                <w:color w:val="000000"/>
                <w:szCs w:val="20"/>
              </w:rPr>
              <w:t>trakcie</w:t>
            </w:r>
            <w:proofErr w:type="spellEnd"/>
            <w:r w:rsidRPr="00A44437">
              <w:rPr>
                <w:rFonts w:ascii="Calibri" w:hAnsi="Calibri" w:cs="Calibri"/>
                <w:i/>
                <w:iCs/>
                <w:color w:val="000000"/>
                <w:szCs w:val="20"/>
              </w:rPr>
              <w:t xml:space="preserve"> </w:t>
            </w:r>
            <w:proofErr w:type="spellStart"/>
            <w:r w:rsidRPr="00A44437">
              <w:rPr>
                <w:rFonts w:ascii="Calibri" w:hAnsi="Calibri" w:cs="Calibri"/>
                <w:i/>
                <w:iCs/>
                <w:color w:val="000000"/>
                <w:szCs w:val="20"/>
              </w:rPr>
              <w:t>jej</w:t>
            </w:r>
            <w:proofErr w:type="spellEnd"/>
            <w:r w:rsidRPr="00A44437">
              <w:rPr>
                <w:rFonts w:ascii="Calibri" w:hAnsi="Calibri" w:cs="Calibri"/>
                <w:i/>
                <w:iCs/>
                <w:color w:val="000000"/>
                <w:szCs w:val="20"/>
              </w:rPr>
              <w:t xml:space="preserve"> </w:t>
            </w:r>
            <w:proofErr w:type="spellStart"/>
            <w:r w:rsidRPr="00A44437">
              <w:rPr>
                <w:rFonts w:ascii="Calibri" w:hAnsi="Calibri" w:cs="Calibri"/>
                <w:i/>
                <w:iCs/>
                <w:color w:val="000000"/>
                <w:szCs w:val="20"/>
              </w:rPr>
              <w:t>trwania</w:t>
            </w:r>
            <w:proofErr w:type="spellEnd"/>
            <w:r w:rsidRPr="00A44437">
              <w:rPr>
                <w:rFonts w:ascii="Calibri" w:hAnsi="Calibri" w:cs="Calibri"/>
                <w:i/>
                <w:iCs/>
                <w:color w:val="000000"/>
                <w:szCs w:val="20"/>
              </w:rPr>
              <w:t>)</w:t>
            </w:r>
          </w:p>
        </w:tc>
        <w:tc>
          <w:tcPr>
            <w:tcW w:w="6975" w:type="dxa"/>
          </w:tcPr>
          <w:p w14:paraId="35FD5B79" w14:textId="77777777" w:rsidR="00DC27E0" w:rsidRPr="00A44437" w:rsidRDefault="00DC27E0" w:rsidP="00C35E95">
            <w:pPr>
              <w:spacing w:before="240" w:after="240" w:line="276" w:lineRule="auto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DC27E0" w:rsidRPr="00A44437" w14:paraId="68B9744D" w14:textId="77777777" w:rsidTr="00C35E95">
        <w:tc>
          <w:tcPr>
            <w:tcW w:w="3369" w:type="dxa"/>
          </w:tcPr>
          <w:p w14:paraId="63E9A45B" w14:textId="77777777" w:rsidR="00DC27E0" w:rsidRPr="00A44437" w:rsidRDefault="00DC27E0" w:rsidP="00C35E95">
            <w:pPr>
              <w:spacing w:before="240" w:after="240" w:line="276" w:lineRule="auto"/>
              <w:rPr>
                <w:rFonts w:ascii="Calibri" w:hAnsi="Calibri" w:cs="Calibri"/>
                <w:color w:val="00000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Cs w:val="20"/>
              </w:rPr>
              <w:t>W</w:t>
            </w:r>
            <w:r w:rsidRPr="00A44437">
              <w:rPr>
                <w:rFonts w:ascii="Calibri" w:hAnsi="Calibri" w:cs="Calibri"/>
                <w:color w:val="000000"/>
                <w:szCs w:val="20"/>
              </w:rPr>
              <w:t>ymagania</w:t>
            </w:r>
            <w:proofErr w:type="spellEnd"/>
            <w:r w:rsidRPr="00A44437">
              <w:rPr>
                <w:rFonts w:ascii="Calibri" w:hAnsi="Calibri" w:cs="Calibri"/>
                <w:color w:val="000000"/>
                <w:szCs w:val="20"/>
              </w:rPr>
              <w:t xml:space="preserve"> </w:t>
            </w:r>
            <w:proofErr w:type="spellStart"/>
            <w:r w:rsidRPr="00A44437">
              <w:rPr>
                <w:rFonts w:ascii="Calibri" w:hAnsi="Calibri" w:cs="Calibri"/>
                <w:color w:val="000000"/>
                <w:szCs w:val="20"/>
              </w:rPr>
              <w:t>dotyczące</w:t>
            </w:r>
            <w:proofErr w:type="spellEnd"/>
            <w:r w:rsidRPr="00A44437">
              <w:rPr>
                <w:rFonts w:ascii="Calibri" w:hAnsi="Calibri" w:cs="Calibri"/>
                <w:color w:val="00000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Cs w:val="20"/>
              </w:rPr>
              <w:t>diety</w:t>
            </w:r>
            <w:proofErr w:type="spellEnd"/>
          </w:p>
          <w:p w14:paraId="15532FD9" w14:textId="77777777" w:rsidR="00DC27E0" w:rsidRPr="00A44437" w:rsidRDefault="00DC27E0" w:rsidP="00C35E95">
            <w:pPr>
              <w:spacing w:before="240" w:after="240" w:line="276" w:lineRule="auto"/>
              <w:rPr>
                <w:rFonts w:ascii="Calibri" w:hAnsi="Calibri" w:cs="Calibri"/>
                <w:color w:val="000000"/>
                <w:szCs w:val="20"/>
              </w:rPr>
            </w:pPr>
            <w:r w:rsidRPr="00A44437">
              <w:rPr>
                <w:rFonts w:ascii="Calibri" w:hAnsi="Calibri" w:cs="Calibri"/>
                <w:i/>
                <w:iCs/>
                <w:color w:val="000000"/>
                <w:szCs w:val="20"/>
              </w:rPr>
              <w:t xml:space="preserve">np. </w:t>
            </w:r>
            <w:proofErr w:type="spellStart"/>
            <w:r w:rsidRPr="00A44437">
              <w:rPr>
                <w:rFonts w:ascii="Calibri" w:hAnsi="Calibri" w:cs="Calibri"/>
                <w:i/>
                <w:iCs/>
                <w:color w:val="000000"/>
                <w:szCs w:val="20"/>
              </w:rPr>
              <w:t>dieta</w:t>
            </w:r>
            <w:proofErr w:type="spellEnd"/>
            <w:r w:rsidRPr="00A44437">
              <w:rPr>
                <w:rFonts w:ascii="Calibri" w:hAnsi="Calibri" w:cs="Calibri"/>
                <w:i/>
                <w:iCs/>
                <w:color w:val="000000"/>
                <w:szCs w:val="20"/>
              </w:rPr>
              <w:t xml:space="preserve"> </w:t>
            </w:r>
            <w:proofErr w:type="spellStart"/>
            <w:r w:rsidRPr="00A44437">
              <w:rPr>
                <w:rFonts w:ascii="Calibri" w:hAnsi="Calibri" w:cs="Calibri"/>
                <w:i/>
                <w:iCs/>
                <w:color w:val="000000"/>
                <w:szCs w:val="20"/>
              </w:rPr>
              <w:t>wegetariańska</w:t>
            </w:r>
            <w:proofErr w:type="spellEnd"/>
            <w:r w:rsidRPr="00A44437">
              <w:rPr>
                <w:rFonts w:ascii="Calibri" w:hAnsi="Calibri" w:cs="Calibri"/>
                <w:i/>
                <w:iCs/>
                <w:color w:val="000000"/>
                <w:szCs w:val="20"/>
              </w:rPr>
              <w:t xml:space="preserve">, </w:t>
            </w:r>
            <w:proofErr w:type="spellStart"/>
            <w:r w:rsidRPr="00A44437">
              <w:rPr>
                <w:rFonts w:ascii="Calibri" w:hAnsi="Calibri" w:cs="Calibri"/>
                <w:i/>
                <w:iCs/>
                <w:color w:val="000000"/>
                <w:szCs w:val="20"/>
              </w:rPr>
              <w:t>eliminacja</w:t>
            </w:r>
            <w:proofErr w:type="spellEnd"/>
            <w:r w:rsidRPr="00A44437">
              <w:rPr>
                <w:rFonts w:ascii="Calibri" w:hAnsi="Calibri" w:cs="Calibri"/>
                <w:i/>
                <w:iCs/>
                <w:color w:val="000000"/>
                <w:szCs w:val="20"/>
              </w:rPr>
              <w:t xml:space="preserve"> </w:t>
            </w:r>
            <w:proofErr w:type="spellStart"/>
            <w:r w:rsidRPr="00A44437">
              <w:rPr>
                <w:rFonts w:ascii="Calibri" w:hAnsi="Calibri" w:cs="Calibri"/>
                <w:i/>
                <w:iCs/>
                <w:color w:val="000000"/>
                <w:szCs w:val="20"/>
              </w:rPr>
              <w:t>danego</w:t>
            </w:r>
            <w:proofErr w:type="spellEnd"/>
            <w:r w:rsidRPr="00A44437">
              <w:rPr>
                <w:rFonts w:ascii="Calibri" w:hAnsi="Calibri" w:cs="Calibri"/>
                <w:i/>
                <w:iCs/>
                <w:color w:val="000000"/>
                <w:szCs w:val="20"/>
              </w:rPr>
              <w:t xml:space="preserve"> </w:t>
            </w:r>
            <w:proofErr w:type="spellStart"/>
            <w:r w:rsidRPr="00A44437">
              <w:rPr>
                <w:rFonts w:ascii="Calibri" w:hAnsi="Calibri" w:cs="Calibri"/>
                <w:i/>
                <w:iCs/>
                <w:color w:val="000000"/>
                <w:szCs w:val="20"/>
              </w:rPr>
              <w:t>produktu</w:t>
            </w:r>
            <w:proofErr w:type="spellEnd"/>
            <w:r w:rsidRPr="00A44437">
              <w:rPr>
                <w:rFonts w:ascii="Calibri" w:hAnsi="Calibri" w:cs="Calibri"/>
                <w:i/>
                <w:iCs/>
                <w:color w:val="000000"/>
                <w:szCs w:val="20"/>
              </w:rPr>
              <w:t xml:space="preserve"> </w:t>
            </w:r>
            <w:proofErr w:type="spellStart"/>
            <w:r w:rsidRPr="00A44437">
              <w:rPr>
                <w:rFonts w:ascii="Calibri" w:hAnsi="Calibri" w:cs="Calibri"/>
                <w:i/>
                <w:iCs/>
                <w:color w:val="000000"/>
                <w:szCs w:val="20"/>
              </w:rPr>
              <w:t>spożywczego</w:t>
            </w:r>
            <w:proofErr w:type="spellEnd"/>
            <w:r w:rsidRPr="00A44437">
              <w:rPr>
                <w:rFonts w:ascii="Calibri" w:hAnsi="Calibri" w:cs="Calibri"/>
                <w:i/>
                <w:iCs/>
                <w:color w:val="000000"/>
                <w:szCs w:val="20"/>
              </w:rPr>
              <w:t xml:space="preserve"> </w:t>
            </w:r>
            <w:r w:rsidRPr="00A44437">
              <w:rPr>
                <w:rFonts w:ascii="Calibri" w:hAnsi="Calibri" w:cs="Calibri"/>
                <w:i/>
                <w:iCs/>
                <w:color w:val="000000"/>
                <w:szCs w:val="20"/>
              </w:rPr>
              <w:br/>
              <w:t xml:space="preserve">w </w:t>
            </w:r>
            <w:proofErr w:type="spellStart"/>
            <w:r w:rsidRPr="00A44437">
              <w:rPr>
                <w:rFonts w:ascii="Calibri" w:hAnsi="Calibri" w:cs="Calibri"/>
                <w:i/>
                <w:iCs/>
                <w:color w:val="000000"/>
                <w:szCs w:val="20"/>
              </w:rPr>
              <w:t>związku</w:t>
            </w:r>
            <w:proofErr w:type="spellEnd"/>
            <w:r w:rsidRPr="00A44437">
              <w:rPr>
                <w:rFonts w:ascii="Calibri" w:hAnsi="Calibri" w:cs="Calibri"/>
                <w:i/>
                <w:iCs/>
                <w:color w:val="000000"/>
                <w:szCs w:val="20"/>
              </w:rPr>
              <w:t xml:space="preserve"> z </w:t>
            </w:r>
            <w:proofErr w:type="spellStart"/>
            <w:r w:rsidRPr="00A44437">
              <w:rPr>
                <w:rFonts w:ascii="Calibri" w:hAnsi="Calibri" w:cs="Calibri"/>
                <w:i/>
                <w:iCs/>
                <w:color w:val="000000"/>
                <w:szCs w:val="20"/>
              </w:rPr>
              <w:t>alergią</w:t>
            </w:r>
            <w:proofErr w:type="spellEnd"/>
            <w:r w:rsidRPr="00A44437">
              <w:rPr>
                <w:rFonts w:ascii="Calibri" w:hAnsi="Calibri" w:cs="Calibri"/>
                <w:i/>
                <w:iCs/>
                <w:color w:val="000000"/>
                <w:szCs w:val="20"/>
              </w:rPr>
              <w:t xml:space="preserve"> </w:t>
            </w:r>
            <w:proofErr w:type="spellStart"/>
            <w:r w:rsidRPr="00A44437">
              <w:rPr>
                <w:rFonts w:ascii="Calibri" w:hAnsi="Calibri" w:cs="Calibri"/>
                <w:i/>
                <w:iCs/>
                <w:color w:val="000000"/>
                <w:szCs w:val="20"/>
              </w:rPr>
              <w:t>itp</w:t>
            </w:r>
            <w:proofErr w:type="spellEnd"/>
            <w:r w:rsidRPr="00A44437">
              <w:rPr>
                <w:rFonts w:ascii="Calibri" w:hAnsi="Calibri" w:cs="Calibri"/>
                <w:i/>
                <w:iCs/>
                <w:color w:val="000000"/>
                <w:szCs w:val="20"/>
              </w:rPr>
              <w:t>. (</w:t>
            </w:r>
            <w:proofErr w:type="spellStart"/>
            <w:r w:rsidRPr="00A44437">
              <w:rPr>
                <w:rFonts w:ascii="Calibri" w:hAnsi="Calibri" w:cs="Calibri"/>
                <w:i/>
                <w:iCs/>
                <w:color w:val="000000"/>
                <w:szCs w:val="20"/>
              </w:rPr>
              <w:t>opcjonalnie</w:t>
            </w:r>
            <w:proofErr w:type="spellEnd"/>
            <w:r w:rsidRPr="00A44437">
              <w:rPr>
                <w:rFonts w:ascii="Calibri" w:hAnsi="Calibri" w:cs="Calibri"/>
                <w:i/>
                <w:iCs/>
                <w:color w:val="000000"/>
                <w:szCs w:val="20"/>
              </w:rPr>
              <w:t>)</w:t>
            </w:r>
          </w:p>
        </w:tc>
        <w:tc>
          <w:tcPr>
            <w:tcW w:w="6975" w:type="dxa"/>
          </w:tcPr>
          <w:p w14:paraId="335F43D1" w14:textId="77777777" w:rsidR="00DC27E0" w:rsidRPr="00A44437" w:rsidRDefault="00DC27E0" w:rsidP="00C35E95">
            <w:pPr>
              <w:spacing w:before="240" w:after="240" w:line="276" w:lineRule="auto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DC27E0" w:rsidRPr="00A44437" w14:paraId="4AF9724B" w14:textId="77777777" w:rsidTr="00C35E95">
        <w:tc>
          <w:tcPr>
            <w:tcW w:w="3369" w:type="dxa"/>
          </w:tcPr>
          <w:p w14:paraId="2DAFA3D6" w14:textId="77777777" w:rsidR="00DC27E0" w:rsidRPr="00A44437" w:rsidRDefault="00DC27E0" w:rsidP="00C35E95">
            <w:pPr>
              <w:spacing w:before="240" w:after="240" w:line="276" w:lineRule="auto"/>
              <w:rPr>
                <w:rFonts w:ascii="Calibri" w:hAnsi="Calibri" w:cs="Calibri"/>
                <w:color w:val="000000"/>
                <w:szCs w:val="20"/>
              </w:rPr>
            </w:pPr>
            <w:r w:rsidRPr="00A44437">
              <w:rPr>
                <w:rFonts w:ascii="Calibri" w:hAnsi="Calibri" w:cs="Calibri"/>
                <w:color w:val="000000"/>
                <w:szCs w:val="20"/>
              </w:rPr>
              <w:t xml:space="preserve">Potrzeba </w:t>
            </w:r>
            <w:proofErr w:type="spellStart"/>
            <w:r w:rsidRPr="00A44437">
              <w:rPr>
                <w:rFonts w:ascii="Calibri" w:hAnsi="Calibri" w:cs="Calibri"/>
                <w:color w:val="000000"/>
                <w:szCs w:val="20"/>
              </w:rPr>
              <w:t>zapewnienia</w:t>
            </w:r>
            <w:proofErr w:type="spellEnd"/>
            <w:r w:rsidRPr="00A44437">
              <w:rPr>
                <w:rFonts w:ascii="Calibri" w:hAnsi="Calibri" w:cs="Calibri"/>
                <w:color w:val="000000"/>
                <w:szCs w:val="20"/>
              </w:rPr>
              <w:t xml:space="preserve"> </w:t>
            </w:r>
            <w:proofErr w:type="spellStart"/>
            <w:r w:rsidRPr="00A44437">
              <w:rPr>
                <w:rFonts w:ascii="Calibri" w:hAnsi="Calibri" w:cs="Calibri"/>
                <w:color w:val="000000"/>
                <w:szCs w:val="20"/>
              </w:rPr>
              <w:t>udogodnień</w:t>
            </w:r>
            <w:proofErr w:type="spellEnd"/>
            <w:r w:rsidRPr="00A44437">
              <w:rPr>
                <w:rFonts w:ascii="Calibri" w:hAnsi="Calibri" w:cs="Calibri"/>
                <w:color w:val="000000"/>
                <w:szCs w:val="20"/>
              </w:rPr>
              <w:t xml:space="preserve"> </w:t>
            </w:r>
            <w:r w:rsidRPr="00A44437">
              <w:rPr>
                <w:rFonts w:ascii="Calibri" w:hAnsi="Calibri" w:cs="Calibri"/>
                <w:color w:val="000000"/>
                <w:szCs w:val="20"/>
              </w:rPr>
              <w:br/>
            </w:r>
            <w:proofErr w:type="spellStart"/>
            <w:r w:rsidRPr="00A44437">
              <w:rPr>
                <w:rFonts w:ascii="Calibri" w:hAnsi="Calibri" w:cs="Calibri"/>
                <w:color w:val="000000"/>
                <w:szCs w:val="20"/>
              </w:rPr>
              <w:t>dla</w:t>
            </w:r>
            <w:proofErr w:type="spellEnd"/>
            <w:r w:rsidRPr="00A44437">
              <w:rPr>
                <w:rFonts w:ascii="Calibri" w:hAnsi="Calibri" w:cs="Calibri"/>
                <w:color w:val="000000"/>
                <w:szCs w:val="20"/>
              </w:rPr>
              <w:t xml:space="preserve"> </w:t>
            </w:r>
            <w:proofErr w:type="spellStart"/>
            <w:r w:rsidRPr="00A44437">
              <w:rPr>
                <w:rFonts w:ascii="Calibri" w:hAnsi="Calibri" w:cs="Calibri"/>
                <w:color w:val="000000"/>
                <w:szCs w:val="20"/>
              </w:rPr>
              <w:t>osoby</w:t>
            </w:r>
            <w:proofErr w:type="spellEnd"/>
            <w:r w:rsidRPr="00A44437">
              <w:rPr>
                <w:rFonts w:ascii="Calibri" w:hAnsi="Calibri" w:cs="Calibri"/>
                <w:color w:val="000000"/>
                <w:szCs w:val="20"/>
              </w:rPr>
              <w:t xml:space="preserve"> z </w:t>
            </w:r>
            <w:proofErr w:type="spellStart"/>
            <w:r w:rsidRPr="00A44437">
              <w:rPr>
                <w:rFonts w:ascii="Calibri" w:hAnsi="Calibri" w:cs="Calibri"/>
                <w:color w:val="000000"/>
                <w:szCs w:val="20"/>
              </w:rPr>
              <w:t>niepełnosprawnościami</w:t>
            </w:r>
            <w:proofErr w:type="spellEnd"/>
            <w:r w:rsidRPr="00A44437">
              <w:rPr>
                <w:rFonts w:ascii="Calibri" w:hAnsi="Calibri" w:cs="Calibri"/>
                <w:color w:val="000000"/>
                <w:szCs w:val="20"/>
              </w:rPr>
              <w:t xml:space="preserve">) - </w:t>
            </w:r>
            <w:proofErr w:type="spellStart"/>
            <w:r w:rsidRPr="00A44437">
              <w:rPr>
                <w:rFonts w:ascii="Calibri" w:hAnsi="Calibri" w:cs="Calibri"/>
                <w:color w:val="000000"/>
                <w:szCs w:val="20"/>
              </w:rPr>
              <w:t>dotycząca</w:t>
            </w:r>
            <w:proofErr w:type="spellEnd"/>
            <w:r w:rsidRPr="00A44437">
              <w:rPr>
                <w:rFonts w:ascii="Calibri" w:hAnsi="Calibri" w:cs="Calibri"/>
                <w:color w:val="000000"/>
                <w:szCs w:val="20"/>
              </w:rPr>
              <w:t xml:space="preserve"> </w:t>
            </w:r>
            <w:proofErr w:type="spellStart"/>
            <w:r w:rsidRPr="00A44437">
              <w:rPr>
                <w:rFonts w:ascii="Calibri" w:hAnsi="Calibri" w:cs="Calibri"/>
                <w:color w:val="000000"/>
                <w:szCs w:val="20"/>
              </w:rPr>
              <w:t>osoby</w:t>
            </w:r>
            <w:proofErr w:type="spellEnd"/>
            <w:r w:rsidRPr="00A44437">
              <w:rPr>
                <w:rFonts w:ascii="Calibri" w:hAnsi="Calibri" w:cs="Calibri"/>
                <w:color w:val="000000"/>
                <w:szCs w:val="20"/>
              </w:rPr>
              <w:t xml:space="preserve"> </w:t>
            </w:r>
            <w:proofErr w:type="spellStart"/>
            <w:r w:rsidRPr="00A44437">
              <w:rPr>
                <w:rFonts w:ascii="Calibri" w:hAnsi="Calibri" w:cs="Calibri"/>
                <w:color w:val="000000"/>
                <w:szCs w:val="20"/>
              </w:rPr>
              <w:t>ubiegającej</w:t>
            </w:r>
            <w:proofErr w:type="spellEnd"/>
            <w:r w:rsidRPr="00A44437">
              <w:rPr>
                <w:rFonts w:ascii="Calibri" w:hAnsi="Calibri" w:cs="Calibri"/>
                <w:color w:val="000000"/>
                <w:szCs w:val="20"/>
              </w:rPr>
              <w:t xml:space="preserve"> </w:t>
            </w:r>
            <w:proofErr w:type="spellStart"/>
            <w:r w:rsidRPr="00A44437">
              <w:rPr>
                <w:rFonts w:ascii="Calibri" w:hAnsi="Calibri" w:cs="Calibri"/>
                <w:color w:val="000000"/>
                <w:szCs w:val="20"/>
              </w:rPr>
              <w:t>się</w:t>
            </w:r>
            <w:proofErr w:type="spellEnd"/>
            <w:r w:rsidRPr="00A44437">
              <w:rPr>
                <w:rFonts w:ascii="Calibri" w:hAnsi="Calibri" w:cs="Calibri"/>
                <w:color w:val="000000"/>
                <w:szCs w:val="20"/>
              </w:rPr>
              <w:t xml:space="preserve"> </w:t>
            </w:r>
            <w:r w:rsidRPr="00A44437">
              <w:rPr>
                <w:rFonts w:ascii="Calibri" w:hAnsi="Calibri" w:cs="Calibri"/>
                <w:color w:val="000000"/>
                <w:szCs w:val="20"/>
              </w:rPr>
              <w:br/>
              <w:t xml:space="preserve">o </w:t>
            </w:r>
            <w:proofErr w:type="spellStart"/>
            <w:r w:rsidRPr="00A44437">
              <w:rPr>
                <w:rFonts w:ascii="Calibri" w:hAnsi="Calibri" w:cs="Calibri"/>
                <w:color w:val="000000"/>
                <w:szCs w:val="20"/>
              </w:rPr>
              <w:t>wyjazd</w:t>
            </w:r>
            <w:proofErr w:type="spellEnd"/>
            <w:r w:rsidRPr="00A44437">
              <w:rPr>
                <w:rFonts w:ascii="Calibri" w:hAnsi="Calibri" w:cs="Calibri"/>
                <w:color w:val="000000"/>
                <w:szCs w:val="20"/>
              </w:rPr>
              <w:t xml:space="preserve"> </w:t>
            </w:r>
            <w:proofErr w:type="spellStart"/>
            <w:r w:rsidRPr="00A44437">
              <w:rPr>
                <w:rFonts w:ascii="Calibri" w:hAnsi="Calibri" w:cs="Calibri"/>
                <w:color w:val="000000"/>
                <w:szCs w:val="20"/>
              </w:rPr>
              <w:t>na</w:t>
            </w:r>
            <w:proofErr w:type="spellEnd"/>
            <w:r w:rsidRPr="00A44437">
              <w:rPr>
                <w:rFonts w:ascii="Calibri" w:hAnsi="Calibri" w:cs="Calibri"/>
                <w:color w:val="000000"/>
                <w:szCs w:val="20"/>
              </w:rPr>
              <w:t xml:space="preserve"> </w:t>
            </w:r>
            <w:proofErr w:type="spellStart"/>
            <w:r w:rsidRPr="00A44437">
              <w:rPr>
                <w:rFonts w:ascii="Calibri" w:hAnsi="Calibri" w:cs="Calibri"/>
                <w:color w:val="000000"/>
                <w:szCs w:val="20"/>
              </w:rPr>
              <w:t>wizytę</w:t>
            </w:r>
            <w:proofErr w:type="spellEnd"/>
            <w:r w:rsidRPr="00A44437">
              <w:rPr>
                <w:rFonts w:ascii="Calibri" w:hAnsi="Calibri" w:cs="Calibri"/>
                <w:color w:val="000000"/>
                <w:szCs w:val="20"/>
              </w:rPr>
              <w:t xml:space="preserve"> </w:t>
            </w:r>
            <w:proofErr w:type="spellStart"/>
            <w:r w:rsidRPr="00A44437">
              <w:rPr>
                <w:rFonts w:ascii="Calibri" w:hAnsi="Calibri" w:cs="Calibri"/>
                <w:color w:val="000000"/>
                <w:szCs w:val="20"/>
              </w:rPr>
              <w:t>studyjną</w:t>
            </w:r>
            <w:proofErr w:type="spellEnd"/>
            <w:r w:rsidRPr="00A44437">
              <w:rPr>
                <w:rFonts w:ascii="Calibri" w:hAnsi="Calibri" w:cs="Calibri"/>
                <w:color w:val="000000"/>
                <w:szCs w:val="20"/>
              </w:rPr>
              <w:t xml:space="preserve"> </w:t>
            </w:r>
            <w:r w:rsidRPr="00A44437">
              <w:rPr>
                <w:rFonts w:ascii="Calibri" w:hAnsi="Calibri" w:cs="Calibri"/>
                <w:i/>
                <w:iCs/>
                <w:color w:val="000000"/>
                <w:szCs w:val="20"/>
              </w:rPr>
              <w:t>(</w:t>
            </w:r>
            <w:proofErr w:type="spellStart"/>
            <w:r w:rsidRPr="00A44437">
              <w:rPr>
                <w:rFonts w:ascii="Calibri" w:hAnsi="Calibri" w:cs="Calibri"/>
                <w:i/>
                <w:iCs/>
                <w:color w:val="000000"/>
                <w:szCs w:val="20"/>
              </w:rPr>
              <w:t>opcjonalnie</w:t>
            </w:r>
            <w:proofErr w:type="spellEnd"/>
            <w:r w:rsidRPr="00A44437">
              <w:rPr>
                <w:rFonts w:ascii="Calibri" w:hAnsi="Calibri" w:cs="Calibri"/>
                <w:i/>
                <w:iCs/>
                <w:color w:val="000000"/>
                <w:szCs w:val="20"/>
              </w:rPr>
              <w:t>).</w:t>
            </w:r>
          </w:p>
        </w:tc>
        <w:tc>
          <w:tcPr>
            <w:tcW w:w="6975" w:type="dxa"/>
          </w:tcPr>
          <w:p w14:paraId="462D17DE" w14:textId="77777777" w:rsidR="00DC27E0" w:rsidRPr="00A44437" w:rsidRDefault="00DC27E0" w:rsidP="00C35E95">
            <w:pPr>
              <w:spacing w:before="240" w:after="240" w:line="276" w:lineRule="auto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DC27E0" w:rsidRPr="00A44437" w14:paraId="755F2F93" w14:textId="77777777" w:rsidTr="00C35E95">
        <w:tc>
          <w:tcPr>
            <w:tcW w:w="3369" w:type="dxa"/>
          </w:tcPr>
          <w:p w14:paraId="5EA28E7F" w14:textId="77777777" w:rsidR="00DC27E0" w:rsidRPr="00A44437" w:rsidRDefault="00DC27E0" w:rsidP="00C35E95">
            <w:pPr>
              <w:spacing w:before="240" w:after="240" w:line="276" w:lineRule="auto"/>
              <w:rPr>
                <w:rFonts w:ascii="Calibri" w:hAnsi="Calibri" w:cs="Calibri"/>
                <w:color w:val="000000"/>
                <w:szCs w:val="20"/>
              </w:rPr>
            </w:pPr>
            <w:proofErr w:type="spellStart"/>
            <w:r w:rsidRPr="00A44437">
              <w:rPr>
                <w:rFonts w:ascii="Calibri" w:hAnsi="Calibri" w:cs="Calibri"/>
                <w:color w:val="000000"/>
                <w:szCs w:val="20"/>
              </w:rPr>
              <w:t>Dodatkowe</w:t>
            </w:r>
            <w:proofErr w:type="spellEnd"/>
            <w:r w:rsidRPr="00A44437">
              <w:rPr>
                <w:rFonts w:ascii="Calibri" w:hAnsi="Calibri" w:cs="Calibri"/>
                <w:color w:val="000000"/>
                <w:szCs w:val="20"/>
              </w:rPr>
              <w:t xml:space="preserve">, </w:t>
            </w:r>
            <w:proofErr w:type="spellStart"/>
            <w:r w:rsidRPr="00A44437">
              <w:rPr>
                <w:rFonts w:ascii="Calibri" w:hAnsi="Calibri" w:cs="Calibri"/>
                <w:color w:val="000000"/>
                <w:szCs w:val="20"/>
              </w:rPr>
              <w:t>ważne</w:t>
            </w:r>
            <w:proofErr w:type="spellEnd"/>
            <w:r w:rsidRPr="00A44437">
              <w:rPr>
                <w:rFonts w:ascii="Calibri" w:hAnsi="Calibri" w:cs="Calibri"/>
                <w:color w:val="000000"/>
                <w:szCs w:val="20"/>
              </w:rPr>
              <w:t xml:space="preserve"> </w:t>
            </w:r>
            <w:proofErr w:type="spellStart"/>
            <w:r w:rsidRPr="00A44437">
              <w:rPr>
                <w:rFonts w:ascii="Calibri" w:hAnsi="Calibri" w:cs="Calibri"/>
                <w:color w:val="000000"/>
                <w:szCs w:val="20"/>
              </w:rPr>
              <w:t>informacje</w:t>
            </w:r>
            <w:proofErr w:type="spellEnd"/>
            <w:r w:rsidRPr="00A44437">
              <w:rPr>
                <w:rFonts w:ascii="Calibri" w:hAnsi="Calibri" w:cs="Calibri"/>
                <w:color w:val="000000"/>
                <w:szCs w:val="20"/>
              </w:rPr>
              <w:t xml:space="preserve"> </w:t>
            </w:r>
            <w:proofErr w:type="spellStart"/>
            <w:r w:rsidRPr="00A44437">
              <w:rPr>
                <w:rFonts w:ascii="Calibri" w:hAnsi="Calibri" w:cs="Calibri"/>
                <w:color w:val="000000"/>
                <w:szCs w:val="20"/>
              </w:rPr>
              <w:t>dotyczące</w:t>
            </w:r>
            <w:proofErr w:type="spellEnd"/>
            <w:r w:rsidRPr="00A44437">
              <w:rPr>
                <w:rFonts w:ascii="Calibri" w:hAnsi="Calibri" w:cs="Calibri"/>
                <w:color w:val="000000"/>
                <w:szCs w:val="20"/>
              </w:rPr>
              <w:t xml:space="preserve"> </w:t>
            </w:r>
            <w:proofErr w:type="spellStart"/>
            <w:r w:rsidRPr="00A44437">
              <w:rPr>
                <w:rFonts w:ascii="Calibri" w:hAnsi="Calibri" w:cs="Calibri"/>
                <w:color w:val="000000"/>
                <w:szCs w:val="20"/>
              </w:rPr>
              <w:t>osoby</w:t>
            </w:r>
            <w:proofErr w:type="spellEnd"/>
            <w:r w:rsidRPr="00A44437">
              <w:rPr>
                <w:rFonts w:ascii="Calibri" w:hAnsi="Calibri" w:cs="Calibri"/>
                <w:color w:val="000000"/>
                <w:szCs w:val="20"/>
              </w:rPr>
              <w:t xml:space="preserve"> </w:t>
            </w:r>
            <w:proofErr w:type="spellStart"/>
            <w:r w:rsidRPr="00A44437">
              <w:rPr>
                <w:rFonts w:ascii="Calibri" w:hAnsi="Calibri" w:cs="Calibri"/>
                <w:color w:val="000000"/>
                <w:szCs w:val="20"/>
              </w:rPr>
              <w:t>ubiegającej</w:t>
            </w:r>
            <w:proofErr w:type="spellEnd"/>
            <w:r w:rsidRPr="00A44437">
              <w:rPr>
                <w:rFonts w:ascii="Calibri" w:hAnsi="Calibri" w:cs="Calibri"/>
                <w:color w:val="000000"/>
                <w:szCs w:val="20"/>
              </w:rPr>
              <w:t xml:space="preserve"> </w:t>
            </w:r>
            <w:proofErr w:type="spellStart"/>
            <w:r w:rsidRPr="00A44437">
              <w:rPr>
                <w:rFonts w:ascii="Calibri" w:hAnsi="Calibri" w:cs="Calibri"/>
                <w:color w:val="000000"/>
                <w:szCs w:val="20"/>
              </w:rPr>
              <w:t>się</w:t>
            </w:r>
            <w:proofErr w:type="spellEnd"/>
            <w:r w:rsidRPr="00A44437">
              <w:rPr>
                <w:rFonts w:ascii="Calibri" w:hAnsi="Calibri" w:cs="Calibri"/>
                <w:color w:val="000000"/>
                <w:szCs w:val="20"/>
              </w:rPr>
              <w:t xml:space="preserve"> </w:t>
            </w:r>
            <w:r w:rsidRPr="00A44437">
              <w:rPr>
                <w:rFonts w:ascii="Calibri" w:hAnsi="Calibri" w:cs="Calibri"/>
                <w:color w:val="000000"/>
                <w:szCs w:val="20"/>
              </w:rPr>
              <w:br/>
              <w:t xml:space="preserve">o </w:t>
            </w:r>
            <w:proofErr w:type="spellStart"/>
            <w:r w:rsidRPr="00A44437">
              <w:rPr>
                <w:rFonts w:ascii="Calibri" w:hAnsi="Calibri" w:cs="Calibri"/>
                <w:color w:val="000000"/>
                <w:szCs w:val="20"/>
              </w:rPr>
              <w:t>wyjazd</w:t>
            </w:r>
            <w:proofErr w:type="spellEnd"/>
            <w:r w:rsidRPr="00A44437">
              <w:rPr>
                <w:rFonts w:ascii="Calibri" w:hAnsi="Calibri" w:cs="Calibri"/>
                <w:color w:val="000000"/>
                <w:szCs w:val="20"/>
              </w:rPr>
              <w:t xml:space="preserve"> </w:t>
            </w:r>
            <w:proofErr w:type="spellStart"/>
            <w:r w:rsidRPr="00A44437">
              <w:rPr>
                <w:rFonts w:ascii="Calibri" w:hAnsi="Calibri" w:cs="Calibri"/>
                <w:color w:val="000000"/>
                <w:szCs w:val="20"/>
              </w:rPr>
              <w:t>na</w:t>
            </w:r>
            <w:proofErr w:type="spellEnd"/>
            <w:r w:rsidRPr="00A44437">
              <w:rPr>
                <w:rFonts w:ascii="Calibri" w:hAnsi="Calibri" w:cs="Calibri"/>
                <w:color w:val="000000"/>
                <w:szCs w:val="20"/>
              </w:rPr>
              <w:t xml:space="preserve"> </w:t>
            </w:r>
            <w:proofErr w:type="spellStart"/>
            <w:r w:rsidRPr="00A44437">
              <w:rPr>
                <w:rFonts w:ascii="Calibri" w:hAnsi="Calibri" w:cs="Calibri"/>
                <w:color w:val="000000"/>
                <w:szCs w:val="20"/>
              </w:rPr>
              <w:t>wizytę</w:t>
            </w:r>
            <w:proofErr w:type="spellEnd"/>
            <w:r w:rsidRPr="00A44437">
              <w:rPr>
                <w:rFonts w:ascii="Calibri" w:hAnsi="Calibri" w:cs="Calibri"/>
                <w:color w:val="000000"/>
                <w:szCs w:val="20"/>
              </w:rPr>
              <w:t xml:space="preserve"> </w:t>
            </w:r>
            <w:proofErr w:type="spellStart"/>
            <w:r w:rsidRPr="00A44437">
              <w:rPr>
                <w:rFonts w:ascii="Calibri" w:hAnsi="Calibri" w:cs="Calibri"/>
                <w:color w:val="000000"/>
                <w:szCs w:val="20"/>
              </w:rPr>
              <w:t>studyjną</w:t>
            </w:r>
            <w:proofErr w:type="spellEnd"/>
            <w:r w:rsidRPr="00A44437">
              <w:rPr>
                <w:rFonts w:ascii="Calibri" w:hAnsi="Calibri" w:cs="Calibri"/>
                <w:color w:val="000000"/>
                <w:szCs w:val="20"/>
              </w:rPr>
              <w:t xml:space="preserve"> </w:t>
            </w:r>
            <w:r w:rsidRPr="00A44437">
              <w:rPr>
                <w:rFonts w:ascii="Calibri" w:hAnsi="Calibri" w:cs="Calibri"/>
                <w:i/>
                <w:iCs/>
                <w:color w:val="000000"/>
                <w:szCs w:val="20"/>
              </w:rPr>
              <w:t>(</w:t>
            </w:r>
            <w:proofErr w:type="spellStart"/>
            <w:r w:rsidRPr="00A44437">
              <w:rPr>
                <w:rFonts w:ascii="Calibri" w:hAnsi="Calibri" w:cs="Calibri"/>
                <w:i/>
                <w:iCs/>
                <w:color w:val="000000"/>
                <w:szCs w:val="20"/>
              </w:rPr>
              <w:t>opcjonalnie</w:t>
            </w:r>
            <w:proofErr w:type="spellEnd"/>
            <w:r w:rsidRPr="00A44437">
              <w:rPr>
                <w:rFonts w:ascii="Calibri" w:hAnsi="Calibri" w:cs="Calibri"/>
                <w:i/>
                <w:iCs/>
                <w:color w:val="000000"/>
                <w:szCs w:val="20"/>
              </w:rPr>
              <w:t>):</w:t>
            </w:r>
          </w:p>
        </w:tc>
        <w:tc>
          <w:tcPr>
            <w:tcW w:w="6975" w:type="dxa"/>
          </w:tcPr>
          <w:p w14:paraId="1D418384" w14:textId="77777777" w:rsidR="00DC27E0" w:rsidRPr="00A44437" w:rsidRDefault="00DC27E0" w:rsidP="00C35E95">
            <w:pPr>
              <w:spacing w:before="240" w:after="240" w:line="276" w:lineRule="auto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</w:tbl>
    <w:p w14:paraId="5FB10553" w14:textId="77777777" w:rsidR="00DC27E0" w:rsidRPr="00A44437" w:rsidRDefault="00DC27E0" w:rsidP="00DC27E0">
      <w:pPr>
        <w:spacing w:before="240" w:after="240" w:line="360" w:lineRule="auto"/>
        <w:rPr>
          <w:rFonts w:ascii="Calibri" w:hAnsi="Calibri" w:cs="Calibri"/>
          <w:color w:val="000000"/>
        </w:rPr>
      </w:pPr>
      <w:proofErr w:type="spellStart"/>
      <w:r w:rsidRPr="00A44437">
        <w:rPr>
          <w:rFonts w:ascii="Calibri" w:hAnsi="Calibri" w:cs="Calibri"/>
          <w:color w:val="000000"/>
        </w:rPr>
        <w:t>Oświadczam</w:t>
      </w:r>
      <w:proofErr w:type="spellEnd"/>
      <w:r w:rsidRPr="00A44437">
        <w:rPr>
          <w:rFonts w:ascii="Calibri" w:hAnsi="Calibri" w:cs="Calibri"/>
          <w:color w:val="000000"/>
        </w:rPr>
        <w:t xml:space="preserve">, </w:t>
      </w:r>
      <w:proofErr w:type="spellStart"/>
      <w:r w:rsidRPr="00A44437">
        <w:rPr>
          <w:rFonts w:ascii="Calibri" w:hAnsi="Calibri" w:cs="Calibri"/>
          <w:color w:val="000000"/>
        </w:rPr>
        <w:t>że</w:t>
      </w:r>
      <w:proofErr w:type="spellEnd"/>
      <w:r w:rsidRPr="00A44437">
        <w:rPr>
          <w:rFonts w:ascii="Calibri" w:hAnsi="Calibri" w:cs="Calibri"/>
          <w:color w:val="000000"/>
        </w:rPr>
        <w:t xml:space="preserve"> </w:t>
      </w:r>
      <w:proofErr w:type="spellStart"/>
      <w:r w:rsidRPr="00A44437">
        <w:rPr>
          <w:rFonts w:ascii="Calibri" w:hAnsi="Calibri" w:cs="Calibri"/>
          <w:color w:val="000000"/>
        </w:rPr>
        <w:t>zapoznałam</w:t>
      </w:r>
      <w:proofErr w:type="spellEnd"/>
      <w:r w:rsidRPr="00A44437">
        <w:rPr>
          <w:rFonts w:ascii="Calibri" w:hAnsi="Calibri" w:cs="Calibri"/>
          <w:color w:val="000000"/>
        </w:rPr>
        <w:t>/-</w:t>
      </w:r>
      <w:proofErr w:type="spellStart"/>
      <w:r w:rsidRPr="00A44437">
        <w:rPr>
          <w:rFonts w:ascii="Calibri" w:hAnsi="Calibri" w:cs="Calibri"/>
          <w:color w:val="000000"/>
        </w:rPr>
        <w:t>em</w:t>
      </w:r>
      <w:proofErr w:type="spellEnd"/>
      <w:r w:rsidRPr="00A44437">
        <w:rPr>
          <w:rFonts w:ascii="Calibri" w:hAnsi="Calibri" w:cs="Calibri"/>
          <w:color w:val="000000"/>
        </w:rPr>
        <w:t xml:space="preserve"> </w:t>
      </w:r>
      <w:proofErr w:type="spellStart"/>
      <w:r w:rsidRPr="00A44437">
        <w:rPr>
          <w:rFonts w:ascii="Calibri" w:hAnsi="Calibri" w:cs="Calibri"/>
          <w:color w:val="000000"/>
        </w:rPr>
        <w:t>się</w:t>
      </w:r>
      <w:proofErr w:type="spellEnd"/>
      <w:r w:rsidRPr="00A44437">
        <w:rPr>
          <w:rFonts w:ascii="Calibri" w:hAnsi="Calibri" w:cs="Calibri"/>
          <w:color w:val="000000"/>
        </w:rPr>
        <w:t xml:space="preserve"> z </w:t>
      </w:r>
      <w:proofErr w:type="spellStart"/>
      <w:r w:rsidRPr="00A44437">
        <w:rPr>
          <w:rFonts w:ascii="Calibri" w:hAnsi="Calibri" w:cs="Calibri"/>
          <w:color w:val="000000"/>
        </w:rPr>
        <w:t>Regulaminem</w:t>
      </w:r>
      <w:proofErr w:type="spellEnd"/>
      <w:r w:rsidRPr="00A44437">
        <w:rPr>
          <w:rFonts w:ascii="Calibri" w:hAnsi="Calibri" w:cs="Calibri"/>
          <w:color w:val="000000"/>
        </w:rPr>
        <w:t xml:space="preserve"> </w:t>
      </w:r>
      <w:proofErr w:type="spellStart"/>
      <w:r w:rsidRPr="00A44437">
        <w:rPr>
          <w:rFonts w:ascii="Calibri" w:hAnsi="Calibri" w:cs="Calibri"/>
          <w:color w:val="000000"/>
        </w:rPr>
        <w:t>wizyt</w:t>
      </w:r>
      <w:proofErr w:type="spellEnd"/>
      <w:r w:rsidRPr="00A44437">
        <w:rPr>
          <w:rFonts w:ascii="Calibri" w:hAnsi="Calibri" w:cs="Calibri"/>
          <w:color w:val="000000"/>
        </w:rPr>
        <w:t xml:space="preserve"> </w:t>
      </w:r>
      <w:proofErr w:type="spellStart"/>
      <w:r w:rsidRPr="00A44437">
        <w:rPr>
          <w:rFonts w:ascii="Calibri" w:hAnsi="Calibri" w:cs="Calibri"/>
          <w:color w:val="000000"/>
        </w:rPr>
        <w:t>studyjnych</w:t>
      </w:r>
      <w:proofErr w:type="spellEnd"/>
      <w:r w:rsidRPr="00A44437">
        <w:rPr>
          <w:rFonts w:ascii="Calibri" w:hAnsi="Calibri" w:cs="Calibri"/>
          <w:color w:val="000000"/>
        </w:rPr>
        <w:t xml:space="preserve"> </w:t>
      </w:r>
      <w:proofErr w:type="spellStart"/>
      <w:r w:rsidRPr="00A44437">
        <w:rPr>
          <w:rFonts w:ascii="Calibri" w:hAnsi="Calibri" w:cs="Calibri"/>
          <w:color w:val="000000"/>
        </w:rPr>
        <w:t>łódzkiego</w:t>
      </w:r>
      <w:proofErr w:type="spellEnd"/>
      <w:r w:rsidRPr="00A44437">
        <w:rPr>
          <w:rFonts w:ascii="Calibri" w:hAnsi="Calibri" w:cs="Calibri"/>
          <w:color w:val="000000"/>
        </w:rPr>
        <w:t xml:space="preserve"> </w:t>
      </w:r>
      <w:proofErr w:type="spellStart"/>
      <w:r w:rsidRPr="00A44437">
        <w:rPr>
          <w:rFonts w:ascii="Calibri" w:hAnsi="Calibri" w:cs="Calibri"/>
          <w:color w:val="000000"/>
        </w:rPr>
        <w:t>środowiska</w:t>
      </w:r>
      <w:proofErr w:type="spellEnd"/>
      <w:r w:rsidRPr="00A44437">
        <w:rPr>
          <w:rFonts w:ascii="Calibri" w:hAnsi="Calibri" w:cs="Calibri"/>
          <w:color w:val="000000"/>
        </w:rPr>
        <w:t xml:space="preserve"> </w:t>
      </w:r>
      <w:proofErr w:type="spellStart"/>
      <w:r w:rsidRPr="00A44437">
        <w:rPr>
          <w:rFonts w:ascii="Calibri" w:hAnsi="Calibri" w:cs="Calibri"/>
          <w:color w:val="000000"/>
        </w:rPr>
        <w:t>kultury</w:t>
      </w:r>
      <w:proofErr w:type="spellEnd"/>
      <w:r w:rsidRPr="00A44437">
        <w:rPr>
          <w:rFonts w:ascii="Calibri" w:hAnsi="Calibri" w:cs="Calibri"/>
          <w:color w:val="000000"/>
        </w:rPr>
        <w:t xml:space="preserve"> 202</w:t>
      </w:r>
      <w:r>
        <w:rPr>
          <w:rFonts w:ascii="Calibri" w:hAnsi="Calibri" w:cs="Calibri"/>
          <w:color w:val="000000"/>
        </w:rPr>
        <w:t>6</w:t>
      </w:r>
      <w:r w:rsidRPr="00A44437">
        <w:rPr>
          <w:rFonts w:ascii="Calibri" w:hAnsi="Calibri" w:cs="Calibri"/>
          <w:color w:val="000000"/>
        </w:rPr>
        <w:t xml:space="preserve"> </w:t>
      </w:r>
      <w:proofErr w:type="spellStart"/>
      <w:r w:rsidRPr="00A44437">
        <w:rPr>
          <w:rFonts w:ascii="Calibri" w:hAnsi="Calibri" w:cs="Calibri"/>
          <w:color w:val="000000"/>
        </w:rPr>
        <w:t>realizowanych</w:t>
      </w:r>
      <w:proofErr w:type="spellEnd"/>
      <w:r w:rsidRPr="00A44437">
        <w:rPr>
          <w:rFonts w:ascii="Calibri" w:hAnsi="Calibri" w:cs="Calibri"/>
          <w:color w:val="000000"/>
        </w:rPr>
        <w:t xml:space="preserve"> </w:t>
      </w:r>
      <w:proofErr w:type="spellStart"/>
      <w:r w:rsidRPr="00A44437">
        <w:rPr>
          <w:rFonts w:ascii="Calibri" w:hAnsi="Calibri" w:cs="Calibri"/>
          <w:color w:val="000000"/>
        </w:rPr>
        <w:t>przez</w:t>
      </w:r>
      <w:proofErr w:type="spellEnd"/>
      <w:r w:rsidRPr="00A44437">
        <w:rPr>
          <w:rFonts w:ascii="Calibri" w:hAnsi="Calibri" w:cs="Calibri"/>
          <w:color w:val="000000"/>
        </w:rPr>
        <w:t xml:space="preserve"> </w:t>
      </w:r>
      <w:proofErr w:type="spellStart"/>
      <w:r w:rsidRPr="00A44437">
        <w:rPr>
          <w:rFonts w:ascii="Calibri" w:hAnsi="Calibri" w:cs="Calibri"/>
          <w:color w:val="000000"/>
        </w:rPr>
        <w:t>Miejską</w:t>
      </w:r>
      <w:proofErr w:type="spellEnd"/>
      <w:r w:rsidRPr="00A44437">
        <w:rPr>
          <w:rFonts w:ascii="Calibri" w:hAnsi="Calibri" w:cs="Calibri"/>
          <w:color w:val="000000"/>
        </w:rPr>
        <w:t xml:space="preserve"> </w:t>
      </w:r>
      <w:proofErr w:type="spellStart"/>
      <w:r w:rsidRPr="00A44437">
        <w:rPr>
          <w:rFonts w:ascii="Calibri" w:hAnsi="Calibri" w:cs="Calibri"/>
          <w:color w:val="000000"/>
        </w:rPr>
        <w:t>Strefę</w:t>
      </w:r>
      <w:proofErr w:type="spellEnd"/>
      <w:r w:rsidRPr="00A44437">
        <w:rPr>
          <w:rFonts w:ascii="Calibri" w:hAnsi="Calibri" w:cs="Calibri"/>
          <w:color w:val="000000"/>
        </w:rPr>
        <w:t xml:space="preserve"> </w:t>
      </w:r>
      <w:proofErr w:type="spellStart"/>
      <w:r w:rsidRPr="00A44437">
        <w:rPr>
          <w:rFonts w:ascii="Calibri" w:hAnsi="Calibri" w:cs="Calibri"/>
          <w:color w:val="000000"/>
        </w:rPr>
        <w:t>Kultury</w:t>
      </w:r>
      <w:proofErr w:type="spellEnd"/>
      <w:r w:rsidRPr="00A44437">
        <w:rPr>
          <w:rFonts w:ascii="Calibri" w:hAnsi="Calibri" w:cs="Calibri"/>
          <w:color w:val="000000"/>
        </w:rPr>
        <w:t xml:space="preserve"> w </w:t>
      </w:r>
      <w:proofErr w:type="spellStart"/>
      <w:r w:rsidRPr="00A44437">
        <w:rPr>
          <w:rFonts w:ascii="Calibri" w:hAnsi="Calibri" w:cs="Calibri"/>
          <w:color w:val="000000"/>
        </w:rPr>
        <w:t>Łodzi</w:t>
      </w:r>
      <w:proofErr w:type="spellEnd"/>
      <w:r w:rsidRPr="00A44437">
        <w:rPr>
          <w:rFonts w:ascii="Calibri" w:hAnsi="Calibri" w:cs="Calibri"/>
          <w:color w:val="000000"/>
        </w:rPr>
        <w:t xml:space="preserve"> </w:t>
      </w:r>
      <w:proofErr w:type="spellStart"/>
      <w:r w:rsidRPr="00A44437">
        <w:rPr>
          <w:rFonts w:ascii="Calibri" w:hAnsi="Calibri" w:cs="Calibri"/>
          <w:color w:val="000000"/>
        </w:rPr>
        <w:t>i</w:t>
      </w:r>
      <w:proofErr w:type="spellEnd"/>
      <w:r w:rsidRPr="00A44437">
        <w:rPr>
          <w:rFonts w:ascii="Calibri" w:hAnsi="Calibri" w:cs="Calibri"/>
          <w:color w:val="000000"/>
        </w:rPr>
        <w:t xml:space="preserve"> </w:t>
      </w:r>
      <w:proofErr w:type="spellStart"/>
      <w:r w:rsidRPr="00A44437">
        <w:rPr>
          <w:rFonts w:ascii="Calibri" w:hAnsi="Calibri" w:cs="Calibri"/>
          <w:color w:val="000000"/>
        </w:rPr>
        <w:t>zobowiązuję</w:t>
      </w:r>
      <w:proofErr w:type="spellEnd"/>
      <w:r w:rsidRPr="00A44437">
        <w:rPr>
          <w:rFonts w:ascii="Calibri" w:hAnsi="Calibri" w:cs="Calibri"/>
          <w:color w:val="000000"/>
        </w:rPr>
        <w:t xml:space="preserve"> </w:t>
      </w:r>
      <w:proofErr w:type="spellStart"/>
      <w:r w:rsidRPr="00A44437">
        <w:rPr>
          <w:rFonts w:ascii="Calibri" w:hAnsi="Calibri" w:cs="Calibri"/>
          <w:color w:val="000000"/>
        </w:rPr>
        <w:t>się</w:t>
      </w:r>
      <w:proofErr w:type="spellEnd"/>
      <w:r w:rsidRPr="00A44437">
        <w:rPr>
          <w:rFonts w:ascii="Calibri" w:hAnsi="Calibri" w:cs="Calibri"/>
          <w:color w:val="000000"/>
        </w:rPr>
        <w:t xml:space="preserve"> do </w:t>
      </w:r>
      <w:proofErr w:type="spellStart"/>
      <w:r w:rsidRPr="00A44437">
        <w:rPr>
          <w:rFonts w:ascii="Calibri" w:hAnsi="Calibri" w:cs="Calibri"/>
          <w:color w:val="000000"/>
        </w:rPr>
        <w:t>stosowania</w:t>
      </w:r>
      <w:proofErr w:type="spellEnd"/>
      <w:r w:rsidRPr="00A44437">
        <w:rPr>
          <w:rFonts w:ascii="Calibri" w:hAnsi="Calibri" w:cs="Calibri"/>
          <w:color w:val="000000"/>
        </w:rPr>
        <w:t xml:space="preserve"> </w:t>
      </w:r>
      <w:proofErr w:type="spellStart"/>
      <w:r w:rsidRPr="00A44437">
        <w:rPr>
          <w:rFonts w:ascii="Calibri" w:hAnsi="Calibri" w:cs="Calibri"/>
          <w:color w:val="000000"/>
        </w:rPr>
        <w:t>jego</w:t>
      </w:r>
      <w:proofErr w:type="spellEnd"/>
      <w:r w:rsidRPr="00A44437">
        <w:rPr>
          <w:rFonts w:ascii="Calibri" w:hAnsi="Calibri" w:cs="Calibri"/>
          <w:color w:val="000000"/>
        </w:rPr>
        <w:t xml:space="preserve"> </w:t>
      </w:r>
      <w:proofErr w:type="spellStart"/>
      <w:r w:rsidRPr="00A44437">
        <w:rPr>
          <w:rFonts w:ascii="Calibri" w:hAnsi="Calibri" w:cs="Calibri"/>
          <w:color w:val="000000"/>
        </w:rPr>
        <w:t>zapisów</w:t>
      </w:r>
      <w:proofErr w:type="spellEnd"/>
      <w:r w:rsidRPr="00A44437">
        <w:rPr>
          <w:rFonts w:ascii="Calibri" w:hAnsi="Calibri" w:cs="Calibri"/>
          <w:color w:val="000000"/>
        </w:rPr>
        <w:t>.</w:t>
      </w:r>
    </w:p>
    <w:p w14:paraId="252622C9" w14:textId="77777777" w:rsidR="00DC27E0" w:rsidRPr="00A44437" w:rsidRDefault="00DC27E0" w:rsidP="00DC27E0">
      <w:pPr>
        <w:spacing w:before="240" w:after="240" w:line="360" w:lineRule="auto"/>
        <w:rPr>
          <w:rFonts w:ascii="Calibri" w:hAnsi="Calibri" w:cs="Calibri"/>
          <w:color w:val="000000"/>
        </w:rPr>
      </w:pPr>
      <w:r w:rsidRPr="00A44437">
        <w:rPr>
          <w:rFonts w:ascii="Calibri" w:hAnsi="Calibri" w:cs="Calibri"/>
          <w:color w:val="000000"/>
        </w:rPr>
        <w:tab/>
      </w:r>
      <w:r w:rsidRPr="00A44437">
        <w:rPr>
          <w:rFonts w:ascii="Calibri" w:hAnsi="Calibri" w:cs="Calibri"/>
          <w:color w:val="000000"/>
        </w:rPr>
        <w:tab/>
      </w:r>
      <w:r w:rsidRPr="00A44437">
        <w:rPr>
          <w:rFonts w:ascii="Calibri" w:hAnsi="Calibri" w:cs="Calibri"/>
          <w:color w:val="000000"/>
        </w:rPr>
        <w:tab/>
      </w:r>
      <w:r w:rsidRPr="00A44437">
        <w:rPr>
          <w:rFonts w:ascii="Calibri" w:hAnsi="Calibri" w:cs="Calibri"/>
          <w:color w:val="000000"/>
        </w:rPr>
        <w:tab/>
      </w:r>
      <w:r w:rsidRPr="00A44437">
        <w:rPr>
          <w:rFonts w:ascii="Calibri" w:hAnsi="Calibri" w:cs="Calibri"/>
          <w:color w:val="000000"/>
        </w:rPr>
        <w:tab/>
      </w:r>
    </w:p>
    <w:p w14:paraId="4311467F" w14:textId="77777777" w:rsidR="00DC27E0" w:rsidRPr="00A44437" w:rsidRDefault="00DC27E0" w:rsidP="00DC27E0">
      <w:pPr>
        <w:spacing w:before="240" w:after="240" w:line="360" w:lineRule="auto"/>
        <w:ind w:left="420"/>
        <w:rPr>
          <w:rFonts w:ascii="Calibri" w:hAnsi="Calibri" w:cs="Calibri"/>
          <w:color w:val="000000"/>
          <w:sz w:val="18"/>
          <w:szCs w:val="18"/>
        </w:rPr>
      </w:pPr>
      <w:r w:rsidRPr="00A44437">
        <w:rPr>
          <w:rFonts w:ascii="Calibri" w:hAnsi="Calibri" w:cs="Calibri"/>
          <w:color w:val="000000"/>
        </w:rPr>
        <w:tab/>
      </w:r>
      <w:r w:rsidRPr="00A44437">
        <w:rPr>
          <w:rFonts w:ascii="Calibri" w:hAnsi="Calibri" w:cs="Calibri"/>
          <w:color w:val="000000"/>
        </w:rPr>
        <w:tab/>
      </w:r>
      <w:r w:rsidRPr="00A44437">
        <w:rPr>
          <w:rFonts w:ascii="Calibri" w:hAnsi="Calibri" w:cs="Calibri"/>
          <w:color w:val="000000"/>
        </w:rPr>
        <w:tab/>
      </w:r>
      <w:r w:rsidRPr="00A44437">
        <w:rPr>
          <w:rFonts w:ascii="Calibri" w:hAnsi="Calibri" w:cs="Calibri"/>
          <w:color w:val="000000"/>
        </w:rPr>
        <w:tab/>
      </w:r>
      <w:r w:rsidRPr="00A44437">
        <w:rPr>
          <w:rFonts w:ascii="Calibri" w:hAnsi="Calibri" w:cs="Calibri"/>
          <w:color w:val="000000"/>
        </w:rPr>
        <w:tab/>
      </w:r>
      <w:r w:rsidRPr="00A44437">
        <w:rPr>
          <w:rFonts w:ascii="Calibri" w:hAnsi="Calibri" w:cs="Calibri"/>
          <w:color w:val="000000"/>
        </w:rPr>
        <w:tab/>
      </w:r>
      <w:r w:rsidRPr="00A44437">
        <w:rPr>
          <w:rFonts w:ascii="Calibri" w:hAnsi="Calibri" w:cs="Calibri"/>
          <w:color w:val="000000"/>
        </w:rPr>
        <w:tab/>
        <w:t>…………………………………………………………………..</w:t>
      </w:r>
      <w:r w:rsidRPr="00A44437">
        <w:rPr>
          <w:rFonts w:ascii="Calibri" w:hAnsi="Calibri" w:cs="Calibri"/>
          <w:color w:val="000000"/>
          <w:sz w:val="18"/>
          <w:szCs w:val="18"/>
        </w:rPr>
        <w:tab/>
      </w:r>
      <w:r w:rsidRPr="00A44437">
        <w:rPr>
          <w:rFonts w:ascii="Calibri" w:hAnsi="Calibri" w:cs="Calibri"/>
          <w:color w:val="000000"/>
          <w:sz w:val="18"/>
          <w:szCs w:val="18"/>
        </w:rPr>
        <w:tab/>
      </w:r>
      <w:r w:rsidRPr="00A44437">
        <w:rPr>
          <w:rFonts w:ascii="Calibri" w:hAnsi="Calibri" w:cs="Calibri"/>
          <w:color w:val="000000"/>
          <w:sz w:val="18"/>
          <w:szCs w:val="18"/>
        </w:rPr>
        <w:tab/>
      </w:r>
      <w:r w:rsidRPr="00A44437">
        <w:rPr>
          <w:rFonts w:ascii="Calibri" w:hAnsi="Calibri" w:cs="Calibri"/>
          <w:color w:val="000000"/>
          <w:sz w:val="18"/>
          <w:szCs w:val="18"/>
        </w:rPr>
        <w:tab/>
      </w:r>
      <w:r w:rsidRPr="00A44437">
        <w:rPr>
          <w:rFonts w:ascii="Calibri" w:hAnsi="Calibri" w:cs="Calibri"/>
          <w:color w:val="000000"/>
          <w:sz w:val="18"/>
          <w:szCs w:val="18"/>
        </w:rPr>
        <w:tab/>
      </w:r>
      <w:r w:rsidRPr="00A44437">
        <w:rPr>
          <w:rFonts w:ascii="Calibri" w:hAnsi="Calibri" w:cs="Calibri"/>
          <w:color w:val="000000"/>
          <w:sz w:val="18"/>
          <w:szCs w:val="18"/>
        </w:rPr>
        <w:tab/>
      </w:r>
      <w:r w:rsidRPr="00A44437">
        <w:rPr>
          <w:rFonts w:ascii="Calibri" w:hAnsi="Calibri" w:cs="Calibri"/>
          <w:color w:val="000000"/>
          <w:sz w:val="18"/>
          <w:szCs w:val="18"/>
        </w:rPr>
        <w:tab/>
        <w:t xml:space="preserve"> </w:t>
      </w:r>
      <w:r>
        <w:rPr>
          <w:rFonts w:ascii="Calibri" w:hAnsi="Calibri" w:cs="Calibri"/>
          <w:color w:val="000000"/>
          <w:sz w:val="18"/>
          <w:szCs w:val="18"/>
        </w:rPr>
        <w:t xml:space="preserve">         </w:t>
      </w:r>
      <w:r w:rsidRPr="00A44437">
        <w:rPr>
          <w:rFonts w:ascii="Calibri" w:hAnsi="Calibri" w:cs="Calibri"/>
          <w:color w:val="000000"/>
          <w:sz w:val="18"/>
          <w:szCs w:val="18"/>
        </w:rPr>
        <w:t xml:space="preserve"> (data </w:t>
      </w:r>
      <w:proofErr w:type="spellStart"/>
      <w:r w:rsidRPr="00A44437">
        <w:rPr>
          <w:rFonts w:ascii="Calibri" w:hAnsi="Calibri" w:cs="Calibri"/>
          <w:color w:val="000000"/>
          <w:sz w:val="18"/>
          <w:szCs w:val="18"/>
        </w:rPr>
        <w:t>i</w:t>
      </w:r>
      <w:proofErr w:type="spellEnd"/>
      <w:r w:rsidRPr="00A44437"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 w:rsidRPr="00A44437">
        <w:rPr>
          <w:rFonts w:ascii="Calibri" w:hAnsi="Calibri" w:cs="Calibri"/>
          <w:color w:val="000000"/>
          <w:sz w:val="18"/>
          <w:szCs w:val="18"/>
        </w:rPr>
        <w:t>podpis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osoby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ubiegającej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się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o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udział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w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wizycie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studyjnej</w:t>
      </w:r>
      <w:proofErr w:type="spellEnd"/>
      <w:r w:rsidRPr="00A44437">
        <w:rPr>
          <w:rFonts w:ascii="Calibri" w:hAnsi="Calibri" w:cs="Calibri"/>
          <w:color w:val="000000"/>
          <w:sz w:val="18"/>
          <w:szCs w:val="18"/>
        </w:rPr>
        <w:t>)</w:t>
      </w:r>
    </w:p>
    <w:p w14:paraId="652FFCEB" w14:textId="77777777" w:rsidR="00DC27E0" w:rsidRPr="00FF063D" w:rsidRDefault="00DC27E0">
      <w:pPr>
        <w:spacing w:after="0"/>
        <w:rPr>
          <w:lang w:val="pl-PL"/>
        </w:rPr>
      </w:pPr>
    </w:p>
    <w:sectPr w:rsidR="00DC27E0" w:rsidRPr="00FF063D" w:rsidSect="00034616">
      <w:headerReference w:type="default" r:id="rId8"/>
      <w:footerReference w:type="default" r:id="rId9"/>
      <w:pgSz w:w="12240" w:h="15840"/>
      <w:pgMar w:top="1020" w:right="1134" w:bottom="964" w:left="119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BA237" w14:textId="77777777" w:rsidR="00F23D40" w:rsidRDefault="00F23D40">
      <w:pPr>
        <w:spacing w:after="0"/>
      </w:pPr>
      <w:r>
        <w:separator/>
      </w:r>
    </w:p>
  </w:endnote>
  <w:endnote w:type="continuationSeparator" w:id="0">
    <w:p w14:paraId="7A19120B" w14:textId="77777777" w:rsidR="00F23D40" w:rsidRDefault="00F23D4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0CFAB" w14:textId="77777777" w:rsidR="00940B1E" w:rsidRDefault="008850CF">
    <w:pPr>
      <w:pStyle w:val="Stopka"/>
      <w:jc w:val="right"/>
    </w:pPr>
    <w:r>
      <w:rPr>
        <w:sz w:val="16"/>
      </w:rPr>
      <w:t xml:space="preserve">str. </w:t>
    </w:r>
    <w:r>
      <w:fldChar w:fldCharType="begin"/>
    </w:r>
    <w:r>
      <w:instrText>PAGE</w:instrText>
    </w:r>
    <w:r>
      <w:fldChar w:fldCharType="separate"/>
    </w:r>
    <w:r w:rsidR="00CA37BE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03077" w14:textId="77777777" w:rsidR="00F23D40" w:rsidRDefault="00F23D40">
      <w:pPr>
        <w:spacing w:after="0"/>
      </w:pPr>
      <w:r>
        <w:separator/>
      </w:r>
    </w:p>
  </w:footnote>
  <w:footnote w:type="continuationSeparator" w:id="0">
    <w:p w14:paraId="0BE562CD" w14:textId="77777777" w:rsidR="00F23D40" w:rsidRDefault="00F23D4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DE9E5" w14:textId="77777777" w:rsidR="00940B1E" w:rsidRDefault="008850CF">
    <w:pPr>
      <w:pStyle w:val="Nagwek"/>
    </w:pPr>
    <w:r w:rsidRPr="00FF063D">
      <w:rPr>
        <w:sz w:val="16"/>
        <w:lang w:val="pl-PL"/>
      </w:rPr>
      <w:t xml:space="preserve">Miejska Strefa Kultury w Łodzi | ul. </w:t>
    </w:r>
    <w:proofErr w:type="spellStart"/>
    <w:r>
      <w:rPr>
        <w:sz w:val="16"/>
      </w:rPr>
      <w:t>Krzemieniecka</w:t>
    </w:r>
    <w:proofErr w:type="spellEnd"/>
    <w:r>
      <w:rPr>
        <w:sz w:val="16"/>
      </w:rPr>
      <w:t xml:space="preserve"> 2a, 94-030 </w:t>
    </w:r>
    <w:proofErr w:type="spellStart"/>
    <w:r>
      <w:rPr>
        <w:sz w:val="16"/>
      </w:rPr>
      <w:t>Łódź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4CA554D"/>
    <w:multiLevelType w:val="hybridMultilevel"/>
    <w:tmpl w:val="7EE6C1F4"/>
    <w:lvl w:ilvl="0" w:tplc="0134A6FC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5523845">
    <w:abstractNumId w:val="8"/>
  </w:num>
  <w:num w:numId="2" w16cid:durableId="1145010161">
    <w:abstractNumId w:val="6"/>
  </w:num>
  <w:num w:numId="3" w16cid:durableId="636838392">
    <w:abstractNumId w:val="5"/>
  </w:num>
  <w:num w:numId="4" w16cid:durableId="493956481">
    <w:abstractNumId w:val="4"/>
  </w:num>
  <w:num w:numId="5" w16cid:durableId="116876972">
    <w:abstractNumId w:val="7"/>
  </w:num>
  <w:num w:numId="6" w16cid:durableId="356583232">
    <w:abstractNumId w:val="3"/>
  </w:num>
  <w:num w:numId="7" w16cid:durableId="682047707">
    <w:abstractNumId w:val="2"/>
  </w:num>
  <w:num w:numId="8" w16cid:durableId="1169054029">
    <w:abstractNumId w:val="1"/>
  </w:num>
  <w:num w:numId="9" w16cid:durableId="1838105738">
    <w:abstractNumId w:val="0"/>
  </w:num>
  <w:num w:numId="10" w16cid:durableId="118424550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46B13"/>
    <w:rsid w:val="0029639D"/>
    <w:rsid w:val="00326F90"/>
    <w:rsid w:val="00465E40"/>
    <w:rsid w:val="00590908"/>
    <w:rsid w:val="008850CF"/>
    <w:rsid w:val="00940B1E"/>
    <w:rsid w:val="009B1913"/>
    <w:rsid w:val="00AA1D8D"/>
    <w:rsid w:val="00B14CBA"/>
    <w:rsid w:val="00B47730"/>
    <w:rsid w:val="00CA37BE"/>
    <w:rsid w:val="00CB0664"/>
    <w:rsid w:val="00DC27E0"/>
    <w:rsid w:val="00F23D40"/>
    <w:rsid w:val="00FC693F"/>
    <w:rsid w:val="00FF0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316123"/>
  <w14:defaultImageDpi w14:val="300"/>
  <w15:docId w15:val="{91A05A65-311E-491C-A13C-8905C8E88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60" w:line="240" w:lineRule="auto"/>
    </w:pPr>
    <w:rPr>
      <w:rFonts w:ascii="Arial" w:hAnsi="Arial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2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26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Odwoaniedokomentarza">
    <w:name w:val="annotation reference"/>
    <w:basedOn w:val="Domylnaczcionkaakapitu"/>
    <w:uiPriority w:val="99"/>
    <w:semiHidden/>
    <w:unhideWhenUsed/>
    <w:rsid w:val="00FF06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F063D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F063D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06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063D"/>
    <w:rPr>
      <w:rFonts w:ascii="Arial" w:hAnsi="Arial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DC27E0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866</Words>
  <Characters>5201</Characters>
  <Application>Microsoft Office Word</Application>
  <DocSecurity>0</DocSecurity>
  <Lines>43</Lines>
  <Paragraphs>12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6055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Renata Kociuba</cp:lastModifiedBy>
  <cp:revision>3</cp:revision>
  <dcterms:created xsi:type="dcterms:W3CDTF">2026-09-10T13:09:00Z</dcterms:created>
  <dcterms:modified xsi:type="dcterms:W3CDTF">2026-09-14T09:52:00Z</dcterms:modified>
  <cp:category/>
</cp:coreProperties>
</file>